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6B7" w:rsidRDefault="00DD2979" w:rsidP="00DB0CDC">
      <w:pPr>
        <w:shd w:val="clear" w:color="auto" w:fill="DAEEF3" w:themeFill="accent5" w:themeFillTint="33"/>
        <w:spacing w:line="276" w:lineRule="auto"/>
        <w:jc w:val="center"/>
      </w:pPr>
      <w:r>
        <w:rPr>
          <w:b/>
          <w:color w:val="0B4EA2"/>
          <w:sz w:val="24"/>
        </w:rPr>
        <w:t>GRADE 5 | THEME 2: CLASSROOM LIFE</w:t>
      </w:r>
    </w:p>
    <w:p w:rsidR="007A26B7" w:rsidRDefault="00DD2979" w:rsidP="00DB0CDC">
      <w:pPr>
        <w:shd w:val="clear" w:color="auto" w:fill="DAEEF3" w:themeFill="accent5" w:themeFillTint="33"/>
        <w:spacing w:after="160" w:line="276" w:lineRule="auto"/>
        <w:jc w:val="center"/>
      </w:pPr>
      <w:r>
        <w:rPr>
          <w:b/>
        </w:rPr>
        <w:t>MAARİF MODELİ UYUMLU AÇIK UÇLU YAZILI</w:t>
      </w:r>
    </w:p>
    <w:p w:rsidR="00DB0CDC" w:rsidRDefault="00DB0CDC">
      <w:pPr>
        <w:spacing w:after="60" w:line="288" w:lineRule="auto"/>
      </w:pPr>
    </w:p>
    <w:p w:rsidR="007A26B7" w:rsidRPr="00DB0CDC" w:rsidRDefault="00DD2979" w:rsidP="00DB0CDC">
      <w:pPr>
        <w:spacing w:after="60"/>
        <w:rPr>
          <w:sz w:val="22"/>
        </w:rPr>
      </w:pPr>
      <w:r w:rsidRPr="00DB0CDC">
        <w:t>Name-Surname: __________________________   Class: ______   Number: ______   Score: ____ / 100</w:t>
      </w:r>
    </w:p>
    <w:p w:rsidR="008C4598" w:rsidRDefault="008C4598" w:rsidP="00DB0CDC">
      <w:pPr>
        <w:rPr>
          <w:b/>
          <w:color w:val="0B4EA2"/>
        </w:rPr>
      </w:pPr>
    </w:p>
    <w:p w:rsidR="007A26B7" w:rsidRDefault="00DD2979" w:rsidP="00DB0CDC">
      <w:r>
        <w:rPr>
          <w:b/>
          <w:color w:val="0B4EA2"/>
        </w:rPr>
        <w:t>A. VOCABULARY TEST (15 points)</w:t>
      </w:r>
    </w:p>
    <w:p w:rsidR="007A26B7" w:rsidRDefault="00DD2979" w:rsidP="00DB0CDC">
      <w:r>
        <w:t>1. Write the English word for: matematik. __________________________ (3 points)</w:t>
      </w:r>
    </w:p>
    <w:p w:rsidR="007A26B7" w:rsidRDefault="00DD2979" w:rsidP="00DB0CDC">
      <w:r>
        <w:t>2. Write the English word for: sözlük. _____________________________ (3 points)</w:t>
      </w:r>
    </w:p>
    <w:p w:rsidR="007A26B7" w:rsidRDefault="00DD2979" w:rsidP="00DB0CDC">
      <w:r>
        <w:t>3. Write the English word for: öğle arası. _________________________ (3 points)</w:t>
      </w:r>
    </w:p>
    <w:p w:rsidR="007A26B7" w:rsidRDefault="00DD2979" w:rsidP="00DB0CDC">
      <w:r>
        <w:t>4. Write the English word for: ders programı. ______________________ (3 points)</w:t>
      </w:r>
    </w:p>
    <w:p w:rsidR="007A26B7" w:rsidRDefault="00DD2979" w:rsidP="00DB0CDC">
      <w:r>
        <w:t>5. Write the number in words:  seventy-two (72). __________________ (3 points)</w:t>
      </w:r>
    </w:p>
    <w:p w:rsidR="00DB0CDC" w:rsidRDefault="00DB0CDC" w:rsidP="00DB0CDC">
      <w:pPr>
        <w:rPr>
          <w:b/>
          <w:color w:val="0B4EA2"/>
        </w:rPr>
      </w:pPr>
    </w:p>
    <w:p w:rsidR="007A26B7" w:rsidRDefault="00DD2979" w:rsidP="00DB0CDC">
      <w:r>
        <w:rPr>
          <w:b/>
          <w:color w:val="0B4EA2"/>
        </w:rPr>
        <w:t>B. READ AND COMPLETE (15 points)</w:t>
      </w:r>
    </w:p>
    <w:p w:rsidR="007A26B7" w:rsidRDefault="00DD2979" w:rsidP="00DB0CDC">
      <w:r>
        <w:t>Read the message and complete the sentences.</w:t>
      </w:r>
    </w:p>
    <w:p w:rsidR="00DB0CDC" w:rsidRDefault="00DB0CDC" w:rsidP="00DB0CDC">
      <w:pPr>
        <w:rPr>
          <w:b/>
        </w:rPr>
      </w:pPr>
    </w:p>
    <w:p w:rsidR="007A26B7" w:rsidRDefault="00DD2979" w:rsidP="00DB0CDC">
      <w:r>
        <w:rPr>
          <w:b/>
        </w:rPr>
        <w:t>MY SCHOOL DAY</w:t>
      </w:r>
    </w:p>
    <w:p w:rsidR="007A26B7" w:rsidRDefault="00DD2979" w:rsidP="00DB0CDC">
      <w:r>
        <w:t>Hello! I’m Ece. On Monday, my first lesson is English at nine o’clock. Then I have Science at ten past ten. I put my dictionary and pencil case in my school bag. We have lunch break at twelve o’clock. My favourite subject is Art because I love drawing.</w:t>
      </w:r>
    </w:p>
    <w:p w:rsidR="00DB0CDC" w:rsidRDefault="00DB0CDC" w:rsidP="00DB0CDC"/>
    <w:p w:rsidR="007A26B7" w:rsidRDefault="00DD2979" w:rsidP="00DB0CDC">
      <w:r>
        <w:t>1. Ece’s first lesson is __________________________. (3 points)</w:t>
      </w:r>
    </w:p>
    <w:p w:rsidR="007A26B7" w:rsidRDefault="00DD2979" w:rsidP="00DB0CDC">
      <w:r>
        <w:t>2. She has Science at ___________________________. (3 points)</w:t>
      </w:r>
    </w:p>
    <w:p w:rsidR="007A26B7" w:rsidRDefault="00DD2979" w:rsidP="00DB0CDC">
      <w:r>
        <w:t>3. She puts her dictionary and pencil case in her __________________. (3 points)</w:t>
      </w:r>
    </w:p>
    <w:p w:rsidR="007A26B7" w:rsidRDefault="00DD2979" w:rsidP="00DB0CDC">
      <w:r>
        <w:t>4. Lunch break is at ____________________________. (3 points)</w:t>
      </w:r>
    </w:p>
    <w:p w:rsidR="007A26B7" w:rsidRDefault="00DD2979" w:rsidP="00DB0CDC">
      <w:r>
        <w:t>5. Her favourite subject is ______________________. (3 points)</w:t>
      </w:r>
    </w:p>
    <w:p w:rsidR="00DB0CDC" w:rsidRDefault="00DB0CDC" w:rsidP="00DB0CDC">
      <w:pPr>
        <w:rPr>
          <w:b/>
          <w:color w:val="0B4EA2"/>
        </w:rPr>
      </w:pPr>
    </w:p>
    <w:p w:rsidR="007A26B7" w:rsidRDefault="00DD2979" w:rsidP="00DB0CDC">
      <w:r>
        <w:rPr>
          <w:b/>
          <w:color w:val="0B4EA2"/>
        </w:rPr>
        <w:t>C. READ AND ANSWER (15 points)</w:t>
      </w:r>
    </w:p>
    <w:p w:rsidR="00E66A5B" w:rsidRDefault="00E66A5B" w:rsidP="00DB0CDC"/>
    <w:p w:rsidR="007A26B7" w:rsidRDefault="00DD2979" w:rsidP="00DB0CDC">
      <w:r>
        <w:t>Hi! I’m Daniel. My timetable is busy on Wednesday. I have Maths at half past eight and Turkish at quarter past ten. After the lesson, I put my homework in my school bag. My friend Maya has Music at quarter to eleven. She brings a sheet of paper and a pencil to class. We both like our school.</w:t>
      </w:r>
    </w:p>
    <w:p w:rsidR="00DB0CDC" w:rsidRDefault="00DB0CDC" w:rsidP="00DB0CDC"/>
    <w:p w:rsidR="007A26B7" w:rsidRDefault="00DD2979" w:rsidP="00DB0CDC">
      <w:r>
        <w:t xml:space="preserve">1. What subject does Daniel have at half past eight? </w:t>
      </w:r>
      <w:r w:rsidR="00DB0CDC">
        <w:t xml:space="preserve">___________________________________________________ </w:t>
      </w:r>
      <w:r>
        <w:t>(3 points)</w:t>
      </w:r>
    </w:p>
    <w:p w:rsidR="007A26B7" w:rsidRDefault="00DD2979" w:rsidP="00DB0CDC">
      <w:r>
        <w:t xml:space="preserve">2. What time does Daniel have Turkish? </w:t>
      </w:r>
      <w:r w:rsidR="00DB0CDC">
        <w:t xml:space="preserve">___________________________________________________ </w:t>
      </w:r>
      <w:r>
        <w:t>(3 points)</w:t>
      </w:r>
    </w:p>
    <w:p w:rsidR="007A26B7" w:rsidRDefault="00DD2979" w:rsidP="00DB0CDC">
      <w:r>
        <w:t xml:space="preserve">3. Where does Daniel put his homework? </w:t>
      </w:r>
      <w:r w:rsidR="00DB0CDC">
        <w:t xml:space="preserve">___________________________________________________ </w:t>
      </w:r>
      <w:r>
        <w:t>(3 points)</w:t>
      </w:r>
    </w:p>
    <w:p w:rsidR="007A26B7" w:rsidRDefault="00DD2979" w:rsidP="00DB0CDC">
      <w:r>
        <w:t xml:space="preserve">4. What subject does Maya have? </w:t>
      </w:r>
      <w:r w:rsidR="00DB0CDC">
        <w:t xml:space="preserve">___________________________________________________ </w:t>
      </w:r>
      <w:r>
        <w:t>(3 points)</w:t>
      </w:r>
    </w:p>
    <w:p w:rsidR="007A26B7" w:rsidRDefault="00DD2979" w:rsidP="00DB0CDC">
      <w:r>
        <w:t xml:space="preserve">5. What does Maya bring to class? </w:t>
      </w:r>
      <w:r w:rsidR="00DB0CDC">
        <w:t xml:space="preserve">___________________________________________________ </w:t>
      </w:r>
      <w:r>
        <w:t>(3 points)</w:t>
      </w:r>
    </w:p>
    <w:p w:rsidR="007A26B7" w:rsidRDefault="00DD2979" w:rsidP="00DB0CDC">
      <w:r>
        <w:br w:type="page"/>
      </w:r>
    </w:p>
    <w:p w:rsidR="007A26B7" w:rsidRDefault="00DD2979" w:rsidP="00DB0CDC">
      <w:r>
        <w:rPr>
          <w:b/>
          <w:color w:val="0B4EA2"/>
        </w:rPr>
        <w:lastRenderedPageBreak/>
        <w:t>D. USE THE TIMETABLE (15 points)</w:t>
      </w:r>
    </w:p>
    <w:p w:rsidR="007A26B7" w:rsidRDefault="00DD2979" w:rsidP="00DB0CDC">
      <w:r>
        <w:t>Look at the timetable and answer the questions.</w:t>
      </w:r>
    </w:p>
    <w:p w:rsidR="00DB0CDC" w:rsidRDefault="00DB0CDC" w:rsidP="00DB0CDC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A26B7">
        <w:trPr>
          <w:jc w:val="center"/>
        </w:trPr>
        <w:tc>
          <w:tcPr>
            <w:tcW w:w="3456" w:type="dxa"/>
          </w:tcPr>
          <w:p w:rsidR="007A26B7" w:rsidRDefault="00DD2979" w:rsidP="00DB0CDC">
            <w:r>
              <w:rPr>
                <w:b/>
                <w:sz w:val="18"/>
              </w:rPr>
              <w:t>Day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b/>
                <w:sz w:val="18"/>
              </w:rPr>
              <w:t>Subject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b/>
                <w:sz w:val="18"/>
              </w:rPr>
              <w:t>Time</w:t>
            </w:r>
          </w:p>
        </w:tc>
      </w:tr>
      <w:tr w:rsidR="007A26B7">
        <w:trPr>
          <w:jc w:val="center"/>
        </w:trPr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Monday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English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9:00</w:t>
            </w:r>
          </w:p>
        </w:tc>
      </w:tr>
      <w:tr w:rsidR="007A26B7">
        <w:trPr>
          <w:jc w:val="center"/>
        </w:trPr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Tuesday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Science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10:10</w:t>
            </w:r>
          </w:p>
        </w:tc>
      </w:tr>
      <w:tr w:rsidR="007A26B7">
        <w:trPr>
          <w:jc w:val="center"/>
        </w:trPr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Wednesday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Maths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8:30</w:t>
            </w:r>
          </w:p>
        </w:tc>
      </w:tr>
      <w:tr w:rsidR="007A26B7">
        <w:trPr>
          <w:jc w:val="center"/>
        </w:trPr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Thursday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Music</w:t>
            </w:r>
          </w:p>
        </w:tc>
        <w:tc>
          <w:tcPr>
            <w:tcW w:w="3456" w:type="dxa"/>
          </w:tcPr>
          <w:p w:rsidR="007A26B7" w:rsidRDefault="00DD2979" w:rsidP="00DB0CDC">
            <w:r>
              <w:rPr>
                <w:sz w:val="18"/>
              </w:rPr>
              <w:t>10:45</w:t>
            </w:r>
          </w:p>
        </w:tc>
      </w:tr>
    </w:tbl>
    <w:p w:rsidR="00DB0CDC" w:rsidRDefault="00DB0CDC" w:rsidP="00DB0CDC"/>
    <w:p w:rsidR="007A26B7" w:rsidRDefault="00DD2979" w:rsidP="00DB0CDC">
      <w:r>
        <w:t>1. What subject do students have on Tuesday? ____________________ (3 points)</w:t>
      </w:r>
    </w:p>
    <w:p w:rsidR="007A26B7" w:rsidRDefault="00DD2979" w:rsidP="00DB0CDC">
      <w:r>
        <w:t>2. What time is the English lesson? _____________________________ (3 points)</w:t>
      </w:r>
    </w:p>
    <w:p w:rsidR="007A26B7" w:rsidRDefault="00DD2979" w:rsidP="00DB0CDC">
      <w:r>
        <w:t>3. What subject is on Wednesday? _______________________________ (3 points)</w:t>
      </w:r>
    </w:p>
    <w:p w:rsidR="007A26B7" w:rsidRDefault="00DD2979" w:rsidP="00DB0CDC">
      <w:r>
        <w:t>4. Write the day of the Music lesson. ___________________________ (3 points)</w:t>
      </w:r>
    </w:p>
    <w:p w:rsidR="007A26B7" w:rsidRDefault="00DD2979" w:rsidP="00DB0CDC">
      <w:r>
        <w:t>5. Write one complete sentence about the Science lesson. (3 points)</w:t>
      </w:r>
    </w:p>
    <w:p w:rsidR="007A26B7" w:rsidRDefault="00DD2979" w:rsidP="00DB0CDC">
      <w:r>
        <w:t>________________________________________________________________</w:t>
      </w:r>
    </w:p>
    <w:p w:rsidR="00DB0CDC" w:rsidRDefault="00DB0CDC" w:rsidP="00DB0CDC">
      <w:pPr>
        <w:rPr>
          <w:b/>
          <w:color w:val="0B4EA2"/>
        </w:rPr>
      </w:pPr>
    </w:p>
    <w:p w:rsidR="007A26B7" w:rsidRDefault="00DD2979" w:rsidP="00DB0CDC">
      <w:r>
        <w:rPr>
          <w:b/>
          <w:color w:val="0B4EA2"/>
        </w:rPr>
        <w:t>E. TIME AND NUMBERS (15 points)</w:t>
      </w:r>
    </w:p>
    <w:p w:rsidR="007A26B7" w:rsidRDefault="00DD2979" w:rsidP="00DB0CDC">
      <w:r>
        <w:t>1. Write 8:30 in words. ________________________________________ (3 points)</w:t>
      </w:r>
    </w:p>
    <w:p w:rsidR="007A26B7" w:rsidRDefault="00DD2979" w:rsidP="00DB0CDC">
      <w:r>
        <w:t>2. Write 10:45 in words. _______________________________________ (3 points)</w:t>
      </w:r>
    </w:p>
    <w:p w:rsidR="007A26B7" w:rsidRDefault="00DD2979" w:rsidP="00DB0CDC">
      <w:r>
        <w:t>3. Write the number 56 in words. ________________________________ (3 points)</w:t>
      </w:r>
    </w:p>
    <w:p w:rsidR="007A26B7" w:rsidRDefault="00DD2979" w:rsidP="00DB0CDC">
      <w:r>
        <w:t>4. Write the number 89 in words. ________________________________ (3 points)</w:t>
      </w:r>
    </w:p>
    <w:p w:rsidR="007A26B7" w:rsidRDefault="00DD2979" w:rsidP="00DB0CDC">
      <w:r>
        <w:t>5. Write “seventy-three” as a number. ___________________________ (3 points)</w:t>
      </w:r>
    </w:p>
    <w:p w:rsidR="00DB0CDC" w:rsidRDefault="00DB0CDC" w:rsidP="00DB0CDC">
      <w:pPr>
        <w:rPr>
          <w:b/>
          <w:color w:val="0B4EA2"/>
        </w:rPr>
      </w:pPr>
    </w:p>
    <w:p w:rsidR="007A26B7" w:rsidRDefault="00DD2979" w:rsidP="00DB0CDC">
      <w:r>
        <w:rPr>
          <w:b/>
          <w:color w:val="0B4EA2"/>
        </w:rPr>
        <w:t>F. WRITE ABOUT YOUR CLASSROOM LIFE (25 points)</w:t>
      </w:r>
    </w:p>
    <w:p w:rsidR="007A26B7" w:rsidRDefault="00DD2979" w:rsidP="00DB0CDC">
      <w:r>
        <w:t xml:space="preserve"> Write 4 sentences about your school day. Include two school subjects, one classroom object, and one lesson time. Do not copy a model answer.</w:t>
      </w:r>
      <w:bookmarkStart w:id="0" w:name="_GoBack"/>
      <w:bookmarkEnd w:id="0"/>
    </w:p>
    <w:p w:rsidR="007A26B7" w:rsidRDefault="00DD2979" w:rsidP="00DB0CDC">
      <w:r>
        <w:t>1. __________________________________________________________</w:t>
      </w:r>
    </w:p>
    <w:p w:rsidR="007A26B7" w:rsidRDefault="00DD2979" w:rsidP="00DB0CDC">
      <w:r>
        <w:t>2. __________________________________________________________</w:t>
      </w:r>
    </w:p>
    <w:p w:rsidR="007A26B7" w:rsidRDefault="00DD2979" w:rsidP="00DB0CDC">
      <w:r>
        <w:t>3. __________________________________________________________</w:t>
      </w:r>
    </w:p>
    <w:p w:rsidR="007A26B7" w:rsidRDefault="00DD2979" w:rsidP="00DB0CDC">
      <w:r>
        <w:t>4. __________________________________________________________</w:t>
      </w:r>
    </w:p>
    <w:p w:rsidR="00DB0CDC" w:rsidRDefault="00DB0CDC" w:rsidP="00DB0CDC">
      <w:pPr>
        <w:rPr>
          <w:sz w:val="18"/>
        </w:rPr>
      </w:pPr>
    </w:p>
    <w:p w:rsidR="007A26B7" w:rsidRDefault="00DD2979" w:rsidP="00DB0CDC">
      <w:r>
        <w:rPr>
          <w:sz w:val="18"/>
        </w:rPr>
        <w:t>Scoring: required information 10 points; relevant vocabulary 5 points; understandable sentences 5 points; spelling and punctuation 5 points.</w:t>
      </w:r>
    </w:p>
    <w:p w:rsidR="007A26B7" w:rsidRDefault="00DD2979">
      <w:r>
        <w:br w:type="page"/>
      </w:r>
    </w:p>
    <w:p w:rsidR="007A26B7" w:rsidRDefault="00DD2979">
      <w:pPr>
        <w:spacing w:after="160" w:line="240" w:lineRule="auto"/>
        <w:jc w:val="center"/>
      </w:pPr>
      <w:r>
        <w:rPr>
          <w:b/>
          <w:color w:val="0B4EA2"/>
          <w:sz w:val="26"/>
        </w:rPr>
        <w:lastRenderedPageBreak/>
        <w:t>ANSWER KEY – TEACHER COPY</w:t>
      </w:r>
    </w:p>
    <w:p w:rsidR="007A26B7" w:rsidRDefault="00DD2979">
      <w:pPr>
        <w:spacing w:line="288" w:lineRule="auto"/>
      </w:pPr>
      <w:r>
        <w:rPr>
          <w:b/>
        </w:rPr>
        <w:t>A. VOCABULARY TEST (15 points)</w:t>
      </w:r>
    </w:p>
    <w:p w:rsidR="007A26B7" w:rsidRDefault="00DD2979">
      <w:pPr>
        <w:spacing w:after="80" w:line="288" w:lineRule="auto"/>
      </w:pPr>
      <w:r>
        <w:t>1. Maths  2. dictionary  3. lunch break  4. timetable  5. seventy-two</w:t>
      </w:r>
    </w:p>
    <w:p w:rsidR="007A26B7" w:rsidRDefault="00DD2979">
      <w:pPr>
        <w:spacing w:line="288" w:lineRule="auto"/>
      </w:pPr>
      <w:r>
        <w:rPr>
          <w:b/>
        </w:rPr>
        <w:t>B. READ AND COMPLETE (15 points)</w:t>
      </w:r>
    </w:p>
    <w:p w:rsidR="007A26B7" w:rsidRDefault="00DD2979">
      <w:pPr>
        <w:spacing w:after="80" w:line="288" w:lineRule="auto"/>
      </w:pPr>
      <w:r>
        <w:t>1. English  2. ten past ten  3. school bag  4. twelve o’clock  5. Art</w:t>
      </w:r>
    </w:p>
    <w:p w:rsidR="007A26B7" w:rsidRDefault="00DD2979">
      <w:pPr>
        <w:spacing w:line="288" w:lineRule="auto"/>
      </w:pPr>
      <w:r>
        <w:rPr>
          <w:b/>
        </w:rPr>
        <w:t>C. READ AND ANSWER (15 points)</w:t>
      </w:r>
    </w:p>
    <w:p w:rsidR="007A26B7" w:rsidRDefault="00DD2979">
      <w:pPr>
        <w:spacing w:after="80" w:line="288" w:lineRule="auto"/>
      </w:pPr>
      <w:r>
        <w:t>1. Maths  2. At quarter past ten  3. In his school bag  4. Music  5. A sheet of paper and a pencil</w:t>
      </w:r>
    </w:p>
    <w:p w:rsidR="007A26B7" w:rsidRDefault="00DD2979">
      <w:pPr>
        <w:spacing w:line="288" w:lineRule="auto"/>
      </w:pPr>
      <w:r>
        <w:rPr>
          <w:b/>
        </w:rPr>
        <w:t>D. USE THE TIMETABLE (15 points)</w:t>
      </w:r>
    </w:p>
    <w:p w:rsidR="007A26B7" w:rsidRDefault="00DD2979">
      <w:pPr>
        <w:spacing w:after="80" w:line="288" w:lineRule="auto"/>
      </w:pPr>
      <w:r>
        <w:t>1. Science  2. At nine o’clock  3. Maths  4. Thursday  5. Example: The Science lesson is on Tuesday at ten past ten.</w:t>
      </w:r>
    </w:p>
    <w:p w:rsidR="007A26B7" w:rsidRDefault="00DD2979">
      <w:pPr>
        <w:spacing w:line="288" w:lineRule="auto"/>
      </w:pPr>
      <w:r>
        <w:rPr>
          <w:b/>
        </w:rPr>
        <w:t>E. TIME AND NUMBERS (15 points)</w:t>
      </w:r>
    </w:p>
    <w:p w:rsidR="007A26B7" w:rsidRDefault="00DD2979">
      <w:pPr>
        <w:spacing w:after="80" w:line="288" w:lineRule="auto"/>
      </w:pPr>
      <w:r>
        <w:t>1. Half past eight  2. Quarter to eleven  3. Fifty-six  4. Eighty-nine  5. 73</w:t>
      </w:r>
    </w:p>
    <w:p w:rsidR="007A26B7" w:rsidRDefault="00DD2979">
      <w:pPr>
        <w:spacing w:line="288" w:lineRule="auto"/>
      </w:pPr>
      <w:r>
        <w:rPr>
          <w:b/>
        </w:rPr>
        <w:t>F. WRITE ABOUT YOUR CLASSROOM LIFE (25 points)</w:t>
      </w:r>
    </w:p>
    <w:p w:rsidR="007A26B7" w:rsidRDefault="00DD2979">
      <w:pPr>
        <w:spacing w:after="100" w:line="288" w:lineRule="auto"/>
      </w:pPr>
      <w:r>
        <w:t>Accept any relevant four-sentence response including two school subjects, one classroom object, and one lesson time. Rubric: required information 10; relevant vocabulary 5; understandable sentences 5; spelling and punctuation 5.</w:t>
      </w:r>
    </w:p>
    <w:p w:rsidR="007A26B7" w:rsidRDefault="00DD2979">
      <w:pPr>
        <w:spacing w:before="80" w:line="288" w:lineRule="auto"/>
      </w:pPr>
      <w:r>
        <w:rPr>
          <w:b/>
          <w:color w:val="0B4EA2"/>
          <w:sz w:val="22"/>
        </w:rPr>
        <w:t>TOTAL: 100 POINTS</w:t>
      </w:r>
    </w:p>
    <w:sectPr w:rsidR="007A26B7" w:rsidSect="00034616">
      <w:footerReference w:type="default" r:id="rId8"/>
      <w:pgSz w:w="12240" w:h="15840"/>
      <w:pgMar w:top="792" w:right="936" w:bottom="691" w:left="93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60B" w:rsidRDefault="00D1060B">
      <w:pPr>
        <w:spacing w:line="240" w:lineRule="auto"/>
      </w:pPr>
      <w:r>
        <w:separator/>
      </w:r>
    </w:p>
  </w:endnote>
  <w:endnote w:type="continuationSeparator" w:id="0">
    <w:p w:rsidR="00D1060B" w:rsidRDefault="00D10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6B7" w:rsidRDefault="00DD2979">
    <w:pPr>
      <w:pStyle w:val="AltBilgi"/>
      <w:jc w:val="center"/>
    </w:pPr>
    <w:r>
      <w:rPr>
        <w:color w:val="646464"/>
        <w:sz w:val="16"/>
      </w:rPr>
      <w:t xml:space="preserve">Grade 5 – Classroom Life   •   Page </w:t>
    </w:r>
    <w:r>
      <w:fldChar w:fldCharType="begin"/>
    </w:r>
    <w:r>
      <w:instrText>PAGE</w:instrText>
    </w:r>
    <w:r>
      <w:fldChar w:fldCharType="separate"/>
    </w:r>
    <w:r w:rsidR="006117A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60B" w:rsidRDefault="00D1060B">
      <w:pPr>
        <w:spacing w:line="240" w:lineRule="auto"/>
      </w:pPr>
      <w:r>
        <w:separator/>
      </w:r>
    </w:p>
  </w:footnote>
  <w:footnote w:type="continuationSeparator" w:id="0">
    <w:p w:rsidR="00D1060B" w:rsidRDefault="00D106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6E8B"/>
    <w:rsid w:val="0029639D"/>
    <w:rsid w:val="00326F90"/>
    <w:rsid w:val="006117AD"/>
    <w:rsid w:val="007A26B7"/>
    <w:rsid w:val="008C4598"/>
    <w:rsid w:val="00A93B4B"/>
    <w:rsid w:val="00AA1D8D"/>
    <w:rsid w:val="00B47730"/>
    <w:rsid w:val="00CB0664"/>
    <w:rsid w:val="00D1060B"/>
    <w:rsid w:val="00DB0CDC"/>
    <w:rsid w:val="00DD2979"/>
    <w:rsid w:val="00E6081A"/>
    <w:rsid w:val="00E66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C2A5B"/>
  <w14:defaultImageDpi w14:val="300"/>
  <w15:docId w15:val="{A48560C9-2888-4A78-BDF7-CC595668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D8C28D-FB41-4F8D-BE18-CFD70E33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Murat</cp:lastModifiedBy>
  <cp:revision>7</cp:revision>
  <dcterms:created xsi:type="dcterms:W3CDTF">2013-12-23T23:15:00Z</dcterms:created>
  <dcterms:modified xsi:type="dcterms:W3CDTF">2026-10-25T11:14:00Z</dcterms:modified>
  <cp:category/>
</cp:coreProperties>
</file>