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29C" w:rsidRDefault="00403A38" w:rsidP="004C1851">
      <w:pPr>
        <w:shd w:val="clear" w:color="auto" w:fill="B6DDE8" w:themeFill="accent5" w:themeFillTint="66"/>
        <w:spacing w:after="40"/>
        <w:jc w:val="center"/>
      </w:pPr>
      <w:r>
        <w:rPr>
          <w:b/>
          <w:color w:val="0B4EA2"/>
          <w:sz w:val="28"/>
        </w:rPr>
        <w:t>GRADE 7 | UNIT 2: SPORTS</w:t>
      </w:r>
    </w:p>
    <w:p w:rsidR="00A3029C" w:rsidRDefault="00403A38" w:rsidP="004C1851">
      <w:pPr>
        <w:shd w:val="clear" w:color="auto" w:fill="B6DDE8" w:themeFill="accent5" w:themeFillTint="66"/>
        <w:spacing w:after="40"/>
        <w:jc w:val="center"/>
      </w:pPr>
      <w:r>
        <w:rPr>
          <w:b/>
          <w:color w:val="EE1845"/>
          <w:sz w:val="22"/>
        </w:rPr>
        <w:t>MAARİF MODELİ UYUMLU AÇIK UÇLU YAZILI</w:t>
      </w:r>
    </w:p>
    <w:p w:rsidR="004C1851" w:rsidRDefault="004C1851">
      <w:pPr>
        <w:jc w:val="center"/>
        <w:rPr>
          <w:b/>
        </w:rPr>
      </w:pPr>
    </w:p>
    <w:p w:rsidR="00A3029C" w:rsidRDefault="00403A38" w:rsidP="004C1851">
      <w:r>
        <w:rPr>
          <w:b/>
        </w:rPr>
        <w:t>Name-Surname: __________________________   Class: ______   Number: ______   Score: ______</w:t>
      </w:r>
    </w:p>
    <w:p w:rsidR="004C1851" w:rsidRDefault="004C1851">
      <w:pPr>
        <w:spacing w:before="120" w:after="60"/>
        <w:rPr>
          <w:b/>
          <w:color w:val="0B4EA2"/>
          <w:sz w:val="22"/>
        </w:rPr>
      </w:pPr>
    </w:p>
    <w:p w:rsidR="00A3029C" w:rsidRDefault="00403A38" w:rsidP="004C1851">
      <w:pPr>
        <w:spacing w:before="120" w:after="60" w:line="312" w:lineRule="auto"/>
      </w:pPr>
      <w:r>
        <w:rPr>
          <w:b/>
          <w:color w:val="0B4EA2"/>
          <w:sz w:val="22"/>
        </w:rPr>
        <w:t>A. SPORTS VOCABULARY (15 points)</w:t>
      </w:r>
    </w:p>
    <w:p w:rsidR="00A3029C" w:rsidRDefault="00403A38" w:rsidP="004C1851">
      <w:pPr>
        <w:spacing w:line="312" w:lineRule="auto"/>
      </w:pPr>
      <w:r>
        <w:t>Write the English words for the Turkish prompts. (3 points each)</w:t>
      </w:r>
    </w:p>
    <w:p w:rsidR="004C1851" w:rsidRDefault="004C1851" w:rsidP="004C1851">
      <w:pPr>
        <w:spacing w:line="312" w:lineRule="auto"/>
      </w:pPr>
    </w:p>
    <w:p w:rsidR="00A3029C" w:rsidRDefault="00403A38" w:rsidP="004C1851">
      <w:pPr>
        <w:spacing w:line="312" w:lineRule="auto"/>
      </w:pPr>
      <w:r>
        <w:t>1. okçuluk: __________________________________________________________</w:t>
      </w:r>
    </w:p>
    <w:p w:rsidR="00A3029C" w:rsidRDefault="00403A38" w:rsidP="004C1851">
      <w:pPr>
        <w:spacing w:line="312" w:lineRule="auto"/>
      </w:pPr>
      <w:r>
        <w:t xml:space="preserve">2. </w:t>
      </w:r>
      <w:r w:rsidR="0047323F">
        <w:t>güreş</w:t>
      </w:r>
      <w:r>
        <w:t>: __________________________________________________________</w:t>
      </w:r>
    </w:p>
    <w:p w:rsidR="00A3029C" w:rsidRDefault="00403A38" w:rsidP="004C1851">
      <w:pPr>
        <w:spacing w:line="312" w:lineRule="auto"/>
      </w:pPr>
      <w:r>
        <w:t>3. madalya: __________________________________________________________</w:t>
      </w:r>
    </w:p>
    <w:p w:rsidR="00A3029C" w:rsidRDefault="00403A38" w:rsidP="004C1851">
      <w:pPr>
        <w:spacing w:line="312" w:lineRule="auto"/>
      </w:pPr>
      <w:r>
        <w:t>4. antrenman: __________________________________________________________</w:t>
      </w:r>
    </w:p>
    <w:p w:rsidR="00A3029C" w:rsidRDefault="00403A38" w:rsidP="004C1851">
      <w:pPr>
        <w:spacing w:line="312" w:lineRule="auto"/>
      </w:pPr>
      <w:r>
        <w:t>5. rakip: __________________________________________________________</w:t>
      </w:r>
    </w:p>
    <w:p w:rsidR="004C1851" w:rsidRDefault="004C1851" w:rsidP="004C1851">
      <w:pPr>
        <w:spacing w:before="120" w:after="60" w:line="312" w:lineRule="auto"/>
        <w:rPr>
          <w:b/>
          <w:color w:val="0B4EA2"/>
          <w:sz w:val="22"/>
        </w:rPr>
      </w:pPr>
    </w:p>
    <w:p w:rsidR="00A3029C" w:rsidRDefault="00403A38" w:rsidP="004C1851">
      <w:pPr>
        <w:spacing w:before="120" w:after="60" w:line="312" w:lineRule="auto"/>
      </w:pPr>
      <w:r>
        <w:rPr>
          <w:b/>
          <w:color w:val="0B4EA2"/>
          <w:sz w:val="22"/>
        </w:rPr>
        <w:t>B. COMPLETE THE TEXT (15 points)</w:t>
      </w:r>
    </w:p>
    <w:p w:rsidR="00A3029C" w:rsidRDefault="00403A38" w:rsidP="004C1851">
      <w:pPr>
        <w:spacing w:line="312" w:lineRule="auto"/>
      </w:pPr>
      <w:r>
        <w:t>Complete the text with the words in the box. Use each word only once. (3 points each)</w:t>
      </w:r>
    </w:p>
    <w:p w:rsidR="00A3029C" w:rsidRDefault="00403A38" w:rsidP="004C1851">
      <w:pPr>
        <w:spacing w:line="312" w:lineRule="auto"/>
      </w:pPr>
      <w:r>
        <w:rPr>
          <w:b/>
          <w:color w:val="EE1845"/>
        </w:rPr>
        <w:t>healthy food  •  trains  •  medal  •  usually  •  basketball</w:t>
      </w:r>
    </w:p>
    <w:p w:rsidR="00A3029C" w:rsidRDefault="00403A38" w:rsidP="004C1851">
      <w:pPr>
        <w:spacing w:line="312" w:lineRule="auto"/>
      </w:pPr>
      <w:r>
        <w:t>Mert loves sports. He (1) __________________ plays (2) __________________ after school. He knows that athletes need to eat (3) __________________. His sister is a swimmer and she (4) __________________ five times a week. She hopes to win a gold (5) __________________ one day.</w:t>
      </w:r>
    </w:p>
    <w:p w:rsidR="004C1851" w:rsidRDefault="004C1851" w:rsidP="004C1851">
      <w:pPr>
        <w:spacing w:before="120" w:after="60" w:line="312" w:lineRule="auto"/>
        <w:rPr>
          <w:b/>
          <w:color w:val="0B4EA2"/>
          <w:sz w:val="22"/>
        </w:rPr>
      </w:pPr>
    </w:p>
    <w:p w:rsidR="00A3029C" w:rsidRDefault="00403A38" w:rsidP="004C1851">
      <w:pPr>
        <w:spacing w:before="120" w:after="60" w:line="312" w:lineRule="auto"/>
      </w:pPr>
      <w:r>
        <w:rPr>
          <w:b/>
          <w:color w:val="0B4EA2"/>
          <w:sz w:val="22"/>
        </w:rPr>
        <w:t>C. READ AND ANSWER (20 points)</w:t>
      </w:r>
    </w:p>
    <w:p w:rsidR="00A3029C" w:rsidRDefault="00403A38" w:rsidP="004C1851">
      <w:pPr>
        <w:spacing w:line="312" w:lineRule="auto"/>
      </w:pPr>
      <w:r>
        <w:t>Read the text and answer the questions in complete sentences. (4 points each)</w:t>
      </w:r>
    </w:p>
    <w:p w:rsidR="004C1851" w:rsidRDefault="004C1851" w:rsidP="004C1851">
      <w:pPr>
        <w:spacing w:line="312" w:lineRule="auto"/>
        <w:rPr>
          <w:b/>
          <w:color w:val="0B4EA2"/>
        </w:rPr>
      </w:pPr>
    </w:p>
    <w:p w:rsidR="00A3029C" w:rsidRDefault="00403A38" w:rsidP="004C1851">
      <w:pPr>
        <w:spacing w:line="312" w:lineRule="auto"/>
      </w:pPr>
      <w:r>
        <w:rPr>
          <w:b/>
          <w:color w:val="0B4EA2"/>
        </w:rPr>
        <w:t>A YOUNG SPORTS STAR</w:t>
      </w:r>
    </w:p>
    <w:p w:rsidR="00A3029C" w:rsidRDefault="00403A38" w:rsidP="004C1851">
      <w:pPr>
        <w:spacing w:line="312" w:lineRule="auto"/>
      </w:pPr>
      <w:r>
        <w:t>Ece is a young swimmer. She trains five times a week and always eats healthy food. She usually gets up early in the morning. On Tuesdays and Thursdays, she goes swimming before school. At weekends, she sometimes rides her bike with her friends. Ece wants to win a medal in an important competition. She believes that hard work and hope can help people achieve their goals.</w:t>
      </w:r>
    </w:p>
    <w:p w:rsidR="004C1851" w:rsidRDefault="004C1851" w:rsidP="004C1851">
      <w:pPr>
        <w:spacing w:line="312" w:lineRule="auto"/>
      </w:pPr>
    </w:p>
    <w:p w:rsidR="00A3029C" w:rsidRDefault="00403A38" w:rsidP="004C1851">
      <w:pPr>
        <w:spacing w:line="312" w:lineRule="auto"/>
      </w:pPr>
      <w:r>
        <w:t>1. What sport does Ece do?</w:t>
      </w:r>
      <w:r>
        <w:br/>
        <w:t xml:space="preserve">   _________________________________________________________________</w:t>
      </w:r>
    </w:p>
    <w:p w:rsidR="00A3029C" w:rsidRDefault="00403A38" w:rsidP="004C1851">
      <w:pPr>
        <w:spacing w:line="312" w:lineRule="auto"/>
      </w:pPr>
      <w:r>
        <w:t>2. How often does she train?</w:t>
      </w:r>
      <w:r>
        <w:br/>
        <w:t xml:space="preserve">   _________________________________________________________________</w:t>
      </w:r>
    </w:p>
    <w:p w:rsidR="00A3029C" w:rsidRDefault="00403A38" w:rsidP="004C1851">
      <w:pPr>
        <w:spacing w:line="312" w:lineRule="auto"/>
      </w:pPr>
      <w:r>
        <w:t>3. When does she go swimming before school?</w:t>
      </w:r>
      <w:r>
        <w:br/>
        <w:t xml:space="preserve">   _________________________________________________________________</w:t>
      </w:r>
    </w:p>
    <w:p w:rsidR="00A3029C" w:rsidRDefault="00403A38" w:rsidP="004C1851">
      <w:pPr>
        <w:spacing w:line="312" w:lineRule="auto"/>
      </w:pPr>
      <w:r>
        <w:t>4. What does she sometimes do at weekends?</w:t>
      </w:r>
      <w:r>
        <w:br/>
        <w:t xml:space="preserve">   _________________________________________________________________</w:t>
      </w:r>
    </w:p>
    <w:p w:rsidR="00A3029C" w:rsidRDefault="00403A38" w:rsidP="004C1851">
      <w:pPr>
        <w:spacing w:line="312" w:lineRule="auto"/>
      </w:pPr>
      <w:r>
        <w:lastRenderedPageBreak/>
        <w:t>5. Why does Ece train hard?</w:t>
      </w:r>
      <w:r>
        <w:br/>
        <w:t xml:space="preserve">   _________________________________________________________________</w:t>
      </w:r>
    </w:p>
    <w:p w:rsidR="00A3029C" w:rsidRDefault="00403A38" w:rsidP="004C1851">
      <w:pPr>
        <w:spacing w:before="120" w:after="60" w:line="312" w:lineRule="auto"/>
      </w:pPr>
      <w:r>
        <w:rPr>
          <w:b/>
          <w:color w:val="0B4EA2"/>
          <w:sz w:val="22"/>
        </w:rPr>
        <w:t>D. FREQUENCY ADVERBS (20 points)</w:t>
      </w:r>
    </w:p>
    <w:p w:rsidR="00A3029C" w:rsidRDefault="00403A38" w:rsidP="004C1851">
      <w:pPr>
        <w:spacing w:line="312" w:lineRule="auto"/>
      </w:pPr>
      <w:r>
        <w:t>Rewrite each sentence by placing the frequency adverb in the correct position. (4 points each)</w:t>
      </w:r>
    </w:p>
    <w:p w:rsidR="00A3029C" w:rsidRDefault="00403A38" w:rsidP="004C1851">
      <w:pPr>
        <w:spacing w:line="312" w:lineRule="auto"/>
      </w:pPr>
      <w:r>
        <w:t>1. I play basketball after school. (usually)</w:t>
      </w:r>
      <w:r>
        <w:br/>
        <w:t xml:space="preserve">   _________________________________________________________________</w:t>
      </w:r>
    </w:p>
    <w:p w:rsidR="00A3029C" w:rsidRDefault="00403A38" w:rsidP="004C1851">
      <w:pPr>
        <w:spacing w:line="312" w:lineRule="auto"/>
      </w:pPr>
      <w:r>
        <w:t>2. She eats healthy food. (always)</w:t>
      </w:r>
      <w:r>
        <w:br/>
        <w:t xml:space="preserve">   _________________________________________________________________</w:t>
      </w:r>
    </w:p>
    <w:p w:rsidR="00A3029C" w:rsidRDefault="00403A38" w:rsidP="004C1851">
      <w:pPr>
        <w:spacing w:line="312" w:lineRule="auto"/>
      </w:pPr>
      <w:r>
        <w:t>3. We go cycling at weekends. (sometimes)</w:t>
      </w:r>
      <w:r>
        <w:br/>
        <w:t xml:space="preserve">   _________________________________________________________________</w:t>
      </w:r>
    </w:p>
    <w:p w:rsidR="00A3029C" w:rsidRDefault="00403A38" w:rsidP="004C1851">
      <w:pPr>
        <w:spacing w:line="312" w:lineRule="auto"/>
      </w:pPr>
      <w:r>
        <w:t>4. He is late for training. (never)</w:t>
      </w:r>
      <w:r>
        <w:br/>
        <w:t xml:space="preserve">   _________________________________________________________________</w:t>
      </w:r>
    </w:p>
    <w:p w:rsidR="00A3029C" w:rsidRDefault="00403A38" w:rsidP="004C1851">
      <w:pPr>
        <w:spacing w:line="312" w:lineRule="auto"/>
      </w:pPr>
      <w:r>
        <w:t>5. They watch sports on TV. (often)</w:t>
      </w:r>
      <w:r>
        <w:br/>
        <w:t xml:space="preserve">   _________________________________________________________________</w:t>
      </w:r>
    </w:p>
    <w:p w:rsidR="00A3029C" w:rsidRDefault="00403A38" w:rsidP="004C1851">
      <w:pPr>
        <w:spacing w:before="120" w:after="60" w:line="312" w:lineRule="auto"/>
      </w:pPr>
      <w:r>
        <w:rPr>
          <w:b/>
          <w:color w:val="0B4EA2"/>
          <w:sz w:val="22"/>
        </w:rPr>
        <w:t>E. MY SPORTS AND ROUTINES (30 points)</w:t>
      </w:r>
    </w:p>
    <w:p w:rsidR="00A3029C" w:rsidRDefault="00403A38" w:rsidP="004C1851">
      <w:pPr>
        <w:spacing w:line="312" w:lineRule="auto"/>
      </w:pPr>
      <w:r>
        <w:t>Write a paragraph of 6–8 sentences about your sports interests and daily routines.</w:t>
      </w:r>
    </w:p>
    <w:p w:rsidR="00A3029C" w:rsidRDefault="00403A38" w:rsidP="004C1851">
      <w:pPr>
        <w:spacing w:line="312" w:lineRule="auto"/>
      </w:pPr>
      <w:r>
        <w:t>Include all of the following: a sport you like or do, how often you do it, at least three frequency adverbs, and one healthy habit.</w:t>
      </w:r>
    </w:p>
    <w:p w:rsidR="00A3029C" w:rsidRDefault="00403A38" w:rsidP="004C1851">
      <w:pPr>
        <w:spacing w:line="312" w:lineRule="auto"/>
      </w:pPr>
      <w:r>
        <w:t>________________________________________________________________________________</w:t>
      </w:r>
    </w:p>
    <w:p w:rsidR="00A3029C" w:rsidRDefault="00403A38" w:rsidP="004C1851">
      <w:pPr>
        <w:spacing w:line="312" w:lineRule="auto"/>
      </w:pPr>
      <w:r>
        <w:t>________________________________________________________________________________</w:t>
      </w:r>
    </w:p>
    <w:p w:rsidR="00A3029C" w:rsidRDefault="00403A38" w:rsidP="004C1851">
      <w:pPr>
        <w:spacing w:line="312" w:lineRule="auto"/>
      </w:pPr>
      <w:r>
        <w:t>________________________________________________________________________________</w:t>
      </w:r>
    </w:p>
    <w:p w:rsidR="00A3029C" w:rsidRDefault="00403A38" w:rsidP="004C1851">
      <w:pPr>
        <w:spacing w:line="312" w:lineRule="auto"/>
      </w:pPr>
      <w:r>
        <w:t>________________________________________________________________________________</w:t>
      </w:r>
    </w:p>
    <w:p w:rsidR="00A3029C" w:rsidRDefault="00403A38" w:rsidP="004C1851">
      <w:pPr>
        <w:spacing w:line="312" w:lineRule="auto"/>
      </w:pPr>
      <w:r>
        <w:t>________________________________________________________________________________</w:t>
      </w:r>
    </w:p>
    <w:p w:rsidR="00156EE1" w:rsidRDefault="00156EE1" w:rsidP="004C1851">
      <w:pPr>
        <w:spacing w:line="312" w:lineRule="auto"/>
      </w:pPr>
    </w:p>
    <w:p w:rsidR="00156EE1" w:rsidRDefault="00156EE1" w:rsidP="00156EE1">
      <w:pPr>
        <w:spacing w:before="60" w:after="40"/>
      </w:pPr>
      <w:r>
        <w:rPr>
          <w:sz w:val="18"/>
        </w:rPr>
        <w:t>Scoring: required information 12 points; unit vocabulary 6 points; correct grammar and comparison 8 points; spelling and punctuation 4 points.</w:t>
      </w:r>
    </w:p>
    <w:p w:rsidR="00156EE1" w:rsidRDefault="00156EE1" w:rsidP="004C1851">
      <w:pPr>
        <w:spacing w:line="312" w:lineRule="auto"/>
      </w:pPr>
    </w:p>
    <w:p w:rsidR="00A3029C" w:rsidRDefault="00403A38" w:rsidP="004C1851">
      <w:pPr>
        <w:spacing w:line="312" w:lineRule="auto"/>
      </w:pPr>
      <w:r>
        <w:br w:type="page"/>
      </w:r>
    </w:p>
    <w:p w:rsidR="00A3029C" w:rsidRDefault="00403A38">
      <w:pPr>
        <w:spacing w:after="40"/>
        <w:jc w:val="center"/>
      </w:pPr>
      <w:r>
        <w:rPr>
          <w:b/>
          <w:color w:val="0B4EA2"/>
          <w:sz w:val="28"/>
        </w:rPr>
        <w:lastRenderedPageBreak/>
        <w:t>ANSWER KEY</w:t>
      </w:r>
    </w:p>
    <w:p w:rsidR="00A3029C" w:rsidRDefault="00403A38">
      <w:pPr>
        <w:spacing w:after="40"/>
        <w:jc w:val="center"/>
      </w:pPr>
      <w:r>
        <w:rPr>
          <w:b/>
          <w:color w:val="EE1845"/>
          <w:sz w:val="22"/>
        </w:rPr>
        <w:t>GRADE 7 | UNIT 2: SPORTS</w:t>
      </w:r>
    </w:p>
    <w:p w:rsidR="00A3029C" w:rsidRDefault="00403A38">
      <w:pPr>
        <w:spacing w:before="120" w:after="60"/>
      </w:pPr>
      <w:r>
        <w:rPr>
          <w:b/>
          <w:color w:val="0B4EA2"/>
          <w:sz w:val="22"/>
        </w:rPr>
        <w:t>A. SPORTS VOCABULARY (15 points)</w:t>
      </w:r>
    </w:p>
    <w:p w:rsidR="00A3029C" w:rsidRDefault="00403A38">
      <w:r>
        <w:t>1. archery</w:t>
      </w:r>
    </w:p>
    <w:p w:rsidR="00A3029C" w:rsidRDefault="00403A38">
      <w:r>
        <w:t xml:space="preserve">2. </w:t>
      </w:r>
      <w:r w:rsidR="0047323F">
        <w:t>wretling</w:t>
      </w:r>
    </w:p>
    <w:p w:rsidR="00A3029C" w:rsidRDefault="00403A38">
      <w:r>
        <w:t>3. medal</w:t>
      </w:r>
    </w:p>
    <w:p w:rsidR="00A3029C" w:rsidRDefault="00403A38">
      <w:r>
        <w:t>4. training</w:t>
      </w:r>
    </w:p>
    <w:p w:rsidR="00A3029C" w:rsidRDefault="00403A38">
      <w:r>
        <w:t>5. rival</w:t>
      </w:r>
    </w:p>
    <w:p w:rsidR="00A3029C" w:rsidRDefault="00403A38">
      <w:pPr>
        <w:spacing w:before="120" w:after="60"/>
      </w:pPr>
      <w:r>
        <w:rPr>
          <w:b/>
          <w:color w:val="0B4EA2"/>
          <w:sz w:val="22"/>
        </w:rPr>
        <w:t>B. COMPLETE THE TEXT (15 points)</w:t>
      </w:r>
    </w:p>
    <w:p w:rsidR="00A3029C" w:rsidRDefault="00403A38">
      <w:r>
        <w:t>1. usually   2. basketball   3. healthy food   4. trains   5. medal</w:t>
      </w:r>
    </w:p>
    <w:p w:rsidR="00A3029C" w:rsidRDefault="00403A38">
      <w:pPr>
        <w:spacing w:before="120" w:after="60"/>
      </w:pPr>
      <w:r>
        <w:rPr>
          <w:b/>
          <w:color w:val="0B4EA2"/>
          <w:sz w:val="22"/>
        </w:rPr>
        <w:t>C. READ AND ANSWER (20 points)</w:t>
      </w:r>
    </w:p>
    <w:p w:rsidR="00A3029C" w:rsidRDefault="00403A38">
      <w:r>
        <w:t>1. Ece is a swimmer.</w:t>
      </w:r>
    </w:p>
    <w:p w:rsidR="00A3029C" w:rsidRDefault="00403A38">
      <w:r>
        <w:t>2. She trains five times a week.</w:t>
      </w:r>
    </w:p>
    <w:p w:rsidR="00A3029C" w:rsidRDefault="00403A38">
      <w:r>
        <w:t>3. She goes swimming before school on Tuesdays and Thursdays.</w:t>
      </w:r>
    </w:p>
    <w:p w:rsidR="00A3029C" w:rsidRDefault="00403A38">
      <w:r>
        <w:t>4. She sometimes rides her bike with her friends.</w:t>
      </w:r>
    </w:p>
    <w:p w:rsidR="00A3029C" w:rsidRDefault="00403A38">
      <w:r>
        <w:t>5. She trains hard because she wants to win a medal / achieve her goal.</w:t>
      </w:r>
    </w:p>
    <w:p w:rsidR="00A3029C" w:rsidRDefault="00403A38">
      <w:pPr>
        <w:spacing w:before="120" w:after="60"/>
      </w:pPr>
      <w:r>
        <w:rPr>
          <w:b/>
          <w:color w:val="0B4EA2"/>
          <w:sz w:val="22"/>
        </w:rPr>
        <w:t>D. FREQUENCY ADVERBS (20 points)</w:t>
      </w:r>
    </w:p>
    <w:p w:rsidR="00A3029C" w:rsidRDefault="00403A38">
      <w:r>
        <w:t>1. I usually play basketball after school.</w:t>
      </w:r>
    </w:p>
    <w:p w:rsidR="00A3029C" w:rsidRDefault="00403A38">
      <w:r>
        <w:t>2. She always eats healthy food.</w:t>
      </w:r>
    </w:p>
    <w:p w:rsidR="00A3029C" w:rsidRDefault="00403A38">
      <w:r>
        <w:t>3. We sometimes go cycling at weekends.</w:t>
      </w:r>
    </w:p>
    <w:p w:rsidR="00A3029C" w:rsidRDefault="00403A38">
      <w:r>
        <w:t>4. He is never late for training.</w:t>
      </w:r>
    </w:p>
    <w:p w:rsidR="00A3029C" w:rsidRDefault="00403A38">
      <w:r>
        <w:t>5. They often watch sports on TV.</w:t>
      </w:r>
    </w:p>
    <w:p w:rsidR="00A3029C" w:rsidRDefault="00403A38">
      <w:pPr>
        <w:spacing w:before="120" w:after="60"/>
      </w:pPr>
      <w:r>
        <w:rPr>
          <w:b/>
          <w:color w:val="0B4EA2"/>
          <w:sz w:val="22"/>
        </w:rPr>
        <w:t>E. MY SPORTS AND ROUTINES (30 points)</w:t>
      </w:r>
    </w:p>
    <w:p w:rsidR="00A3029C" w:rsidRDefault="00403A38">
      <w:r>
        <w:t>Answers will vary. Check that the paragraph has 6–8 sentences and includes a sport, frequency, at least three frequency adverbs, and one healthy habit. Award points for relevance, clarity, and understandable English.</w:t>
      </w:r>
    </w:p>
    <w:sectPr w:rsidR="00A3029C" w:rsidSect="00034616">
      <w:headerReference w:type="even" r:id="rId8"/>
      <w:headerReference w:type="default" r:id="rId9"/>
      <w:footerReference w:type="even" r:id="rId10"/>
      <w:footerReference w:type="default" r:id="rId11"/>
      <w:headerReference w:type="first" r:id="rId12"/>
      <w:footerReference w:type="first" r:id="rId13"/>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F61" w:rsidRDefault="001B3F61">
      <w:pPr>
        <w:spacing w:after="0"/>
      </w:pPr>
      <w:r>
        <w:separator/>
      </w:r>
    </w:p>
  </w:endnote>
  <w:endnote w:type="continuationSeparator" w:id="0">
    <w:p w:rsidR="001B3F61" w:rsidRDefault="001B3F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44" w:rsidRDefault="004A544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29C" w:rsidRDefault="00403A38">
    <w:pPr>
      <w:pStyle w:val="AltBilgi"/>
      <w:jc w:val="center"/>
    </w:pPr>
    <w:bookmarkStart w:id="0" w:name="_GoBack"/>
    <w:bookmarkEnd w:id="0"/>
    <w:r>
      <w:rPr>
        <w:color w:val="646464"/>
        <w:sz w:val="16"/>
      </w:rPr>
      <w:t xml:space="preserve">Grade 7 – Unit 2 • Page </w:t>
    </w:r>
    <w:r>
      <w:fldChar w:fldCharType="begin"/>
    </w:r>
    <w:r>
      <w:instrText>PAGE</w:instrText>
    </w:r>
    <w:r>
      <w:fldChar w:fldCharType="separate"/>
    </w:r>
    <w:r w:rsidR="004A544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44" w:rsidRDefault="004A544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F61" w:rsidRDefault="001B3F61">
      <w:pPr>
        <w:spacing w:after="0"/>
      </w:pPr>
      <w:r>
        <w:separator/>
      </w:r>
    </w:p>
  </w:footnote>
  <w:footnote w:type="continuationSeparator" w:id="0">
    <w:p w:rsidR="001B3F61" w:rsidRDefault="001B3F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44" w:rsidRDefault="004A544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44" w:rsidRDefault="004A544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44" w:rsidRDefault="004A544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6EE1"/>
    <w:rsid w:val="001B3F61"/>
    <w:rsid w:val="0029639D"/>
    <w:rsid w:val="00326F90"/>
    <w:rsid w:val="00403A38"/>
    <w:rsid w:val="0047323F"/>
    <w:rsid w:val="004A5444"/>
    <w:rsid w:val="004C1851"/>
    <w:rsid w:val="00795D50"/>
    <w:rsid w:val="007A1AAA"/>
    <w:rsid w:val="00A3029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E934F10-4632-4221-B157-D09EED73B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4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0B4EA2"/>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0B4EA2"/>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B4EA2"/>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C8610-103B-47F2-A37B-3A3F90D42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Murat</cp:lastModifiedBy>
  <cp:revision>5</cp:revision>
  <dcterms:created xsi:type="dcterms:W3CDTF">2013-12-23T23:15:00Z</dcterms:created>
  <dcterms:modified xsi:type="dcterms:W3CDTF">2026-10-25T11:26:00Z</dcterms:modified>
  <cp:category/>
</cp:coreProperties>
</file>