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B3B" w:rsidRDefault="00DF6CF0" w:rsidP="002A1223">
      <w:pPr>
        <w:shd w:val="clear" w:color="auto" w:fill="B6DDE8" w:themeFill="accent5" w:themeFillTint="66"/>
        <w:spacing w:after="20"/>
        <w:jc w:val="center"/>
      </w:pPr>
      <w:r>
        <w:rPr>
          <w:b/>
          <w:sz w:val="28"/>
        </w:rPr>
        <w:t>GRADE 7 | UNIT 1: APPEARANCE AND PERSONALITY</w:t>
      </w:r>
    </w:p>
    <w:p w:rsidR="00983B3B" w:rsidRDefault="00DF6CF0" w:rsidP="002A1223">
      <w:pPr>
        <w:shd w:val="clear" w:color="auto" w:fill="B6DDE8" w:themeFill="accent5" w:themeFillTint="66"/>
        <w:spacing w:after="120"/>
        <w:jc w:val="center"/>
      </w:pPr>
      <w:r>
        <w:rPr>
          <w:b/>
          <w:sz w:val="22"/>
        </w:rPr>
        <w:t>MAARİF MODELİ UYUMLU AÇIK UÇLU YAZILI</w:t>
      </w:r>
    </w:p>
    <w:p w:rsidR="002A1223" w:rsidRDefault="002A1223">
      <w:pPr>
        <w:spacing w:after="100"/>
        <w:rPr>
          <w:sz w:val="18"/>
        </w:rPr>
      </w:pPr>
    </w:p>
    <w:p w:rsidR="00983B3B" w:rsidRDefault="00DF6CF0">
      <w:pPr>
        <w:spacing w:after="100"/>
      </w:pPr>
      <w:r>
        <w:rPr>
          <w:sz w:val="18"/>
        </w:rPr>
        <w:t>Name-Surname: __________________________   Class: ______   Number: ______   Score: ____ / 100</w:t>
      </w:r>
    </w:p>
    <w:p w:rsidR="002A1223" w:rsidRDefault="002A1223">
      <w:pPr>
        <w:spacing w:before="40"/>
        <w:rPr>
          <w:sz w:val="18"/>
        </w:rPr>
      </w:pPr>
    </w:p>
    <w:p w:rsidR="00983B3B" w:rsidRDefault="00DF6CF0">
      <w:pPr>
        <w:spacing w:before="40"/>
      </w:pPr>
      <w:r>
        <w:rPr>
          <w:b/>
          <w:sz w:val="22"/>
        </w:rPr>
        <w:t>A. VOCABULARY IN CONTEXT (15 points)</w:t>
      </w:r>
    </w:p>
    <w:p w:rsidR="00983B3B" w:rsidRDefault="00DF6CF0">
      <w:r>
        <w:t>Write the correct English word for each Turkish meaning. (3 points each)</w:t>
      </w:r>
    </w:p>
    <w:p w:rsidR="00983B3B" w:rsidRDefault="00DF6CF0">
      <w:r>
        <w:t>1. dakik, tam zamanında: __________________________________________</w:t>
      </w:r>
    </w:p>
    <w:p w:rsidR="00983B3B" w:rsidRDefault="00DF6CF0">
      <w:r>
        <w:t>2. yardımsever: __________________________________________________</w:t>
      </w:r>
    </w:p>
    <w:p w:rsidR="00983B3B" w:rsidRDefault="00DF6CF0">
      <w:r>
        <w:t>3. dışa dönük, sosyal: ____________________________________________</w:t>
      </w:r>
    </w:p>
    <w:p w:rsidR="00983B3B" w:rsidRDefault="00DF6CF0">
      <w:r>
        <w:t>4. bencil: _______________________________________________________</w:t>
      </w:r>
    </w:p>
    <w:p w:rsidR="00983B3B" w:rsidRDefault="00DF6CF0">
      <w:r>
        <w:t>5. sakar: ________________________________________________________</w:t>
      </w:r>
    </w:p>
    <w:p w:rsidR="002A1223" w:rsidRDefault="002A1223">
      <w:pPr>
        <w:spacing w:before="100"/>
        <w:rPr>
          <w:b/>
          <w:sz w:val="22"/>
        </w:rPr>
      </w:pPr>
    </w:p>
    <w:p w:rsidR="00983B3B" w:rsidRDefault="00DF6CF0">
      <w:pPr>
        <w:spacing w:before="100"/>
      </w:pPr>
      <w:r>
        <w:rPr>
          <w:b/>
          <w:sz w:val="22"/>
        </w:rPr>
        <w:t>B. COMPLETE THE TEXT (15 points)</w:t>
      </w:r>
    </w:p>
    <w:p w:rsidR="00983B3B" w:rsidRDefault="00DF6CF0">
      <w:r>
        <w:t>Complete the text with words from the box. Use each word once. (3 points each)</w:t>
      </w:r>
    </w:p>
    <w:p w:rsidR="002A1223" w:rsidRDefault="002A1223">
      <w:pPr>
        <w:spacing w:after="80"/>
        <w:rPr>
          <w:b/>
        </w:rPr>
      </w:pPr>
    </w:p>
    <w:p w:rsidR="00983B3B" w:rsidRDefault="00DF6CF0">
      <w:pPr>
        <w:spacing w:after="80"/>
      </w:pPr>
      <w:r>
        <w:rPr>
          <w:b/>
        </w:rPr>
        <w:t>punctual • curly • outgoing • helpful • hardworking</w:t>
      </w:r>
    </w:p>
    <w:p w:rsidR="00983B3B" w:rsidRDefault="00DF6CF0">
      <w:pPr>
        <w:spacing w:after="80"/>
      </w:pPr>
      <w:r>
        <w:t>My best friend, Ece, has got (1) __________ hair and green eyes. She is very (2) __________; she always finishes her homework and studies carefully. She is also (3) __________ and enjoys meeting new people. Ece is (4) __________, so she is never late for school. She is very (5) __________ and always helps her classmates.</w:t>
      </w:r>
    </w:p>
    <w:p w:rsidR="002A1223" w:rsidRDefault="002A1223">
      <w:pPr>
        <w:spacing w:before="100"/>
        <w:rPr>
          <w:b/>
          <w:sz w:val="22"/>
        </w:rPr>
      </w:pPr>
    </w:p>
    <w:p w:rsidR="00983B3B" w:rsidRDefault="00DF6CF0">
      <w:pPr>
        <w:spacing w:before="100"/>
      </w:pPr>
      <w:r>
        <w:rPr>
          <w:b/>
          <w:sz w:val="22"/>
        </w:rPr>
        <w:t>C. READ AND ANSWER (20 points)</w:t>
      </w:r>
    </w:p>
    <w:p w:rsidR="00983B3B" w:rsidRDefault="00DF6CF0">
      <w:r>
        <w:t>Read the text and answer the questions. (4 points each)</w:t>
      </w:r>
    </w:p>
    <w:p w:rsidR="002A1223" w:rsidRDefault="002A1223">
      <w:pPr>
        <w:spacing w:after="80"/>
      </w:pPr>
    </w:p>
    <w:p w:rsidR="00983B3B" w:rsidRDefault="00DF6CF0">
      <w:pPr>
        <w:spacing w:after="80"/>
      </w:pPr>
      <w:r>
        <w:t>Hello! I’m Deniz. I want to introduce my cousin, Arda. He is thirteen years old. He is tall and slim, and he has got short, dark hair and brown eyes. Arda is more outgoing than me, but I am more hardworking than him. He is honest and thoughtful. He always tells the truth and helps our grandparents at weekends. We enjoy spending time together.</w:t>
      </w:r>
    </w:p>
    <w:p w:rsidR="002A1223" w:rsidRDefault="002A1223">
      <w:pPr>
        <w:spacing w:after="80"/>
      </w:pPr>
    </w:p>
    <w:p w:rsidR="00983B3B" w:rsidRDefault="00DF6CF0">
      <w:pPr>
        <w:spacing w:after="80"/>
      </w:pPr>
      <w:r>
        <w:t>1. How old is Arda? _______________________________________________</w:t>
      </w:r>
    </w:p>
    <w:p w:rsidR="00983B3B" w:rsidRDefault="00DF6CF0">
      <w:pPr>
        <w:spacing w:after="80"/>
      </w:pPr>
      <w:r>
        <w:t>2. What does Arda look like? _______________________________________</w:t>
      </w:r>
    </w:p>
    <w:p w:rsidR="00983B3B" w:rsidRDefault="00DF6CF0">
      <w:pPr>
        <w:spacing w:after="80"/>
      </w:pPr>
      <w:r>
        <w:t>3. Who is more outgoing, Deniz or Arda? _____________________________</w:t>
      </w:r>
    </w:p>
    <w:p w:rsidR="00983B3B" w:rsidRDefault="00DF6CF0">
      <w:pPr>
        <w:spacing w:after="80"/>
      </w:pPr>
      <w:r>
        <w:t>4. What is Arda like? ______________________________________________</w:t>
      </w:r>
    </w:p>
    <w:p w:rsidR="00983B3B" w:rsidRDefault="00DF6CF0">
      <w:pPr>
        <w:spacing w:after="80"/>
      </w:pPr>
      <w:r>
        <w:t>5. Why is Arda helpful? ____________________________________________</w:t>
      </w:r>
    </w:p>
    <w:p w:rsidR="002A1223" w:rsidRDefault="002A1223">
      <w:pPr>
        <w:spacing w:before="100"/>
        <w:rPr>
          <w:b/>
          <w:sz w:val="22"/>
        </w:rPr>
      </w:pPr>
    </w:p>
    <w:p w:rsidR="002A1223" w:rsidRDefault="002A1223">
      <w:pPr>
        <w:spacing w:before="100"/>
        <w:rPr>
          <w:b/>
          <w:sz w:val="22"/>
        </w:rPr>
      </w:pPr>
    </w:p>
    <w:p w:rsidR="002A1223" w:rsidRDefault="002A1223">
      <w:pPr>
        <w:spacing w:before="100"/>
        <w:rPr>
          <w:b/>
          <w:sz w:val="22"/>
        </w:rPr>
      </w:pPr>
    </w:p>
    <w:p w:rsidR="002A1223" w:rsidRDefault="002A1223">
      <w:pPr>
        <w:spacing w:before="100"/>
        <w:rPr>
          <w:b/>
          <w:sz w:val="22"/>
        </w:rPr>
      </w:pPr>
    </w:p>
    <w:p w:rsidR="002A1223" w:rsidRDefault="002A1223">
      <w:pPr>
        <w:spacing w:before="100"/>
        <w:rPr>
          <w:b/>
          <w:sz w:val="22"/>
        </w:rPr>
      </w:pPr>
      <w:bookmarkStart w:id="0" w:name="_GoBack"/>
      <w:bookmarkEnd w:id="0"/>
    </w:p>
    <w:p w:rsidR="002A1223" w:rsidRDefault="002A1223">
      <w:pPr>
        <w:spacing w:before="100"/>
        <w:rPr>
          <w:b/>
          <w:sz w:val="22"/>
        </w:rPr>
      </w:pPr>
    </w:p>
    <w:p w:rsidR="002A1223" w:rsidRDefault="002A1223">
      <w:pPr>
        <w:spacing w:before="100"/>
        <w:rPr>
          <w:b/>
          <w:sz w:val="22"/>
        </w:rPr>
      </w:pPr>
    </w:p>
    <w:p w:rsidR="00983B3B" w:rsidRDefault="00DF6CF0">
      <w:pPr>
        <w:spacing w:before="100"/>
      </w:pPr>
      <w:r>
        <w:rPr>
          <w:b/>
          <w:sz w:val="22"/>
        </w:rPr>
        <w:lastRenderedPageBreak/>
        <w:t>D. COMPARATIVE SENTENCES (20 points)</w:t>
      </w:r>
    </w:p>
    <w:p w:rsidR="00983B3B" w:rsidRDefault="00DF6CF0">
      <w:r>
        <w:t>Rewrite the words in the correct order to make a comparative sentence. (4 points each)</w:t>
      </w:r>
    </w:p>
    <w:p w:rsidR="002A1223" w:rsidRDefault="002A1223">
      <w:pPr>
        <w:spacing w:after="40"/>
      </w:pPr>
    </w:p>
    <w:p w:rsidR="00983B3B" w:rsidRDefault="00DF6CF0">
      <w:pPr>
        <w:spacing w:after="40"/>
      </w:pPr>
      <w:r>
        <w:t>1. is / more / Nick / than / me / hardworking.</w:t>
      </w:r>
    </w:p>
    <w:p w:rsidR="00983B3B" w:rsidRDefault="00DF6CF0">
      <w:pPr>
        <w:spacing w:after="40"/>
      </w:pPr>
      <w:r>
        <w:t xml:space="preserve">   ________________________________________________________________</w:t>
      </w:r>
    </w:p>
    <w:p w:rsidR="00983B3B" w:rsidRDefault="00DF6CF0">
      <w:pPr>
        <w:spacing w:after="40"/>
      </w:pPr>
      <w:r>
        <w:t>2. is / taller / Lisa / than / her sister.</w:t>
      </w:r>
    </w:p>
    <w:p w:rsidR="00983B3B" w:rsidRDefault="00DF6CF0">
      <w:pPr>
        <w:spacing w:after="40"/>
      </w:pPr>
      <w:r>
        <w:t xml:space="preserve">   ________________________________________________________________</w:t>
      </w:r>
    </w:p>
    <w:p w:rsidR="00983B3B" w:rsidRDefault="00DF6CF0">
      <w:pPr>
        <w:spacing w:after="40"/>
      </w:pPr>
      <w:r>
        <w:t>3. faster / a cheetah / than / is / a lion.</w:t>
      </w:r>
    </w:p>
    <w:p w:rsidR="00983B3B" w:rsidRDefault="00DF6CF0">
      <w:pPr>
        <w:spacing w:after="40"/>
      </w:pPr>
      <w:r>
        <w:t xml:space="preserve">   ________________________________________________________________</w:t>
      </w:r>
    </w:p>
    <w:p w:rsidR="00983B3B" w:rsidRDefault="00DF6CF0">
      <w:pPr>
        <w:spacing w:after="40"/>
      </w:pPr>
      <w:r>
        <w:t>4. younger / my brother / than / is / me.</w:t>
      </w:r>
    </w:p>
    <w:p w:rsidR="00983B3B" w:rsidRDefault="00DF6CF0">
      <w:pPr>
        <w:spacing w:after="40"/>
      </w:pPr>
      <w:r>
        <w:t xml:space="preserve">   ________________________________________________________________</w:t>
      </w:r>
    </w:p>
    <w:p w:rsidR="00983B3B" w:rsidRDefault="00DF6CF0">
      <w:pPr>
        <w:spacing w:after="40"/>
      </w:pPr>
      <w:r>
        <w:t>5. is / more careful / Eda / than / Mina.</w:t>
      </w:r>
    </w:p>
    <w:p w:rsidR="00983B3B" w:rsidRDefault="00DF6CF0">
      <w:pPr>
        <w:spacing w:after="40"/>
      </w:pPr>
      <w:r>
        <w:t xml:space="preserve">   ________________________________________________________________</w:t>
      </w:r>
    </w:p>
    <w:p w:rsidR="002A1223" w:rsidRDefault="002A1223">
      <w:pPr>
        <w:spacing w:before="100"/>
        <w:rPr>
          <w:b/>
          <w:sz w:val="22"/>
        </w:rPr>
      </w:pPr>
    </w:p>
    <w:p w:rsidR="00983B3B" w:rsidRDefault="00DF6CF0">
      <w:pPr>
        <w:spacing w:before="100"/>
      </w:pPr>
      <w:r>
        <w:rPr>
          <w:b/>
          <w:sz w:val="22"/>
        </w:rPr>
        <w:t>E. DESCRIBE A PERSON (30 points)</w:t>
      </w:r>
    </w:p>
    <w:p w:rsidR="00983B3B" w:rsidRDefault="00DF6CF0">
      <w:r>
        <w:t>Write 5–6 sentences about a friend or a family member. Include physical appearance, at least two personality adjectives, and one comparative sentence using “than”.</w:t>
      </w:r>
    </w:p>
    <w:p w:rsidR="002A1223" w:rsidRDefault="002A1223"/>
    <w:p w:rsidR="00983B3B" w:rsidRDefault="00DF6CF0">
      <w:r>
        <w:t>1. ______________________________________________________________________</w:t>
      </w:r>
    </w:p>
    <w:p w:rsidR="00983B3B" w:rsidRDefault="00DF6CF0">
      <w:r>
        <w:t>2. ______________________________________________________________________</w:t>
      </w:r>
    </w:p>
    <w:p w:rsidR="00983B3B" w:rsidRDefault="00DF6CF0">
      <w:r>
        <w:t>3. ______________________________________________________________________</w:t>
      </w:r>
    </w:p>
    <w:p w:rsidR="00983B3B" w:rsidRDefault="00DF6CF0">
      <w:r>
        <w:t>4. ______________________________________________________________________</w:t>
      </w:r>
    </w:p>
    <w:p w:rsidR="00983B3B" w:rsidRDefault="00DF6CF0">
      <w:r>
        <w:t>5. ______________________________________________________________________</w:t>
      </w:r>
    </w:p>
    <w:p w:rsidR="00983B3B" w:rsidRDefault="00DF6CF0">
      <w:r>
        <w:t>6. ______________________________________________________________________</w:t>
      </w:r>
    </w:p>
    <w:p w:rsidR="002A1223" w:rsidRDefault="002A1223">
      <w:pPr>
        <w:spacing w:before="60" w:after="40"/>
        <w:rPr>
          <w:sz w:val="18"/>
        </w:rPr>
      </w:pPr>
    </w:p>
    <w:p w:rsidR="00983B3B" w:rsidRDefault="00DF6CF0">
      <w:pPr>
        <w:spacing w:before="60" w:after="40"/>
      </w:pPr>
      <w:r>
        <w:rPr>
          <w:sz w:val="18"/>
        </w:rPr>
        <w:t>Scoring: required information 12 points; unit vocabulary 6 points; correct grammar and comparison 8 points; spelling and punctuation 4 points.</w:t>
      </w:r>
    </w:p>
    <w:p w:rsidR="00983B3B" w:rsidRDefault="00DF6CF0">
      <w:r>
        <w:br w:type="page"/>
      </w:r>
    </w:p>
    <w:p w:rsidR="00983B3B" w:rsidRDefault="00DF6CF0">
      <w:pPr>
        <w:spacing w:after="160"/>
        <w:jc w:val="center"/>
      </w:pPr>
      <w:r>
        <w:rPr>
          <w:b/>
          <w:sz w:val="26"/>
        </w:rPr>
        <w:lastRenderedPageBreak/>
        <w:t>ANSWER KEY | GRADE 7 – UNIT 1: APPEARANCE AND PERSONALITY</w:t>
      </w:r>
    </w:p>
    <w:p w:rsidR="00983B3B" w:rsidRDefault="00DF6CF0">
      <w:pPr>
        <w:spacing w:before="40"/>
      </w:pPr>
      <w:r>
        <w:rPr>
          <w:b/>
          <w:sz w:val="22"/>
        </w:rPr>
        <w:t>A. Vocabulary in Context</w:t>
      </w:r>
    </w:p>
    <w:p w:rsidR="00983B3B" w:rsidRDefault="00DF6CF0">
      <w:r>
        <w:t>1. punctual  2. helpful  3. outgoing  4. selfish  5. clumsy</w:t>
      </w:r>
    </w:p>
    <w:p w:rsidR="00983B3B" w:rsidRDefault="00DF6CF0">
      <w:pPr>
        <w:spacing w:before="100"/>
      </w:pPr>
      <w:r>
        <w:rPr>
          <w:b/>
          <w:sz w:val="22"/>
        </w:rPr>
        <w:t>B. Complete the Text</w:t>
      </w:r>
    </w:p>
    <w:p w:rsidR="00983B3B" w:rsidRDefault="00DF6CF0">
      <w:r>
        <w:t>1. curly  2. hardworking  3. outgoing  4. punctual  5. helpful</w:t>
      </w:r>
    </w:p>
    <w:p w:rsidR="00983B3B" w:rsidRDefault="00DF6CF0">
      <w:pPr>
        <w:spacing w:before="100"/>
      </w:pPr>
      <w:r>
        <w:rPr>
          <w:b/>
          <w:sz w:val="22"/>
        </w:rPr>
        <w:t>C. Read and Answer</w:t>
      </w:r>
    </w:p>
    <w:p w:rsidR="00983B3B" w:rsidRDefault="00DF6CF0">
      <w:r>
        <w:t>1. He is thirteen years old.  2. He is tall and slim. He has got short, dark hair and brown eyes.  3. Arda is more outgoing than Deniz.  4. He is honest and thoughtful.  5. He helps his classmates / grandparents.</w:t>
      </w:r>
    </w:p>
    <w:p w:rsidR="00983B3B" w:rsidRDefault="00DF6CF0">
      <w:pPr>
        <w:spacing w:before="100"/>
      </w:pPr>
      <w:r>
        <w:rPr>
          <w:b/>
          <w:sz w:val="22"/>
        </w:rPr>
        <w:t>D. Comparative Sentences</w:t>
      </w:r>
    </w:p>
    <w:p w:rsidR="00983B3B" w:rsidRDefault="00DF6CF0">
      <w:r>
        <w:t>1. Nick is more hardworking than me.  2. Lisa is taller than her sister.  3. A cheetah is faster than a lion.  4. My brother is younger than me.  5. Eda is more careful than Mina.</w:t>
      </w:r>
    </w:p>
    <w:p w:rsidR="00983B3B" w:rsidRDefault="00DF6CF0">
      <w:pPr>
        <w:spacing w:before="100"/>
      </w:pPr>
      <w:r>
        <w:rPr>
          <w:b/>
          <w:sz w:val="22"/>
        </w:rPr>
        <w:t>E. Describe a Person</w:t>
      </w:r>
    </w:p>
    <w:p w:rsidR="00983B3B" w:rsidRDefault="00DF6CF0">
      <w:r>
        <w:t>Answers will vary. Check for a description of appearance, at least two personality adjectives, and one correct comparative sentence using “than”.</w:t>
      </w:r>
    </w:p>
    <w:p w:rsidR="00983B3B" w:rsidRDefault="00DF6CF0">
      <w:pPr>
        <w:spacing w:before="160"/>
      </w:pPr>
      <w:r>
        <w:rPr>
          <w:b/>
          <w:sz w:val="22"/>
        </w:rPr>
        <w:t>TOTAL: 100 POINTS</w:t>
      </w:r>
    </w:p>
    <w:sectPr w:rsidR="00983B3B" w:rsidSect="00034616">
      <w:footerReference w:type="default" r:id="rId8"/>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C71" w:rsidRDefault="005C0C71">
      <w:pPr>
        <w:spacing w:after="0" w:line="240" w:lineRule="auto"/>
      </w:pPr>
      <w:r>
        <w:separator/>
      </w:r>
    </w:p>
  </w:endnote>
  <w:endnote w:type="continuationSeparator" w:id="0">
    <w:p w:rsidR="005C0C71" w:rsidRDefault="005C0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B3B" w:rsidRDefault="00DF6CF0">
    <w:pPr>
      <w:pStyle w:val="AltBilgi"/>
      <w:jc w:val="center"/>
    </w:pPr>
    <w:r>
      <w:rPr>
        <w:sz w:val="16"/>
      </w:rPr>
      <w:t xml:space="preserve">Grade 7 – Appearance and Personality • Page </w:t>
    </w:r>
    <w:r>
      <w:fldChar w:fldCharType="begin"/>
    </w:r>
    <w:r>
      <w:instrText>PAGE</w:instrText>
    </w:r>
    <w:r>
      <w:fldChar w:fldCharType="separate"/>
    </w:r>
    <w:r w:rsidR="00AB3C9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C71" w:rsidRDefault="005C0C71">
      <w:pPr>
        <w:spacing w:after="0" w:line="240" w:lineRule="auto"/>
      </w:pPr>
      <w:r>
        <w:separator/>
      </w:r>
    </w:p>
  </w:footnote>
  <w:footnote w:type="continuationSeparator" w:id="0">
    <w:p w:rsidR="005C0C71" w:rsidRDefault="005C0C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A1223"/>
    <w:rsid w:val="00326F90"/>
    <w:rsid w:val="005C0C71"/>
    <w:rsid w:val="00983B3B"/>
    <w:rsid w:val="00AA1D8D"/>
    <w:rsid w:val="00AB3C9F"/>
    <w:rsid w:val="00B47730"/>
    <w:rsid w:val="00CB0664"/>
    <w:rsid w:val="00DF6C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5ACA8"/>
  <w14:defaultImageDpi w14:val="300"/>
  <w15:docId w15:val="{5E8CF951-1797-4B87-B2DF-60768CAB0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60"/>
    </w:pPr>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A2F10-D8FF-4431-89B3-5D8AC894B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Murat</cp:lastModifiedBy>
  <cp:revision>3</cp:revision>
  <dcterms:created xsi:type="dcterms:W3CDTF">2013-12-23T23:15:00Z</dcterms:created>
  <dcterms:modified xsi:type="dcterms:W3CDTF">2026-10-25T11:25:00Z</dcterms:modified>
  <cp:category/>
</cp:coreProperties>
</file>