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B9B" w:rsidRDefault="000254F2" w:rsidP="001A5435">
      <w:pPr>
        <w:shd w:val="clear" w:color="auto" w:fill="B6DDE8" w:themeFill="accent5" w:themeFillTint="66"/>
        <w:spacing w:after="20"/>
        <w:jc w:val="center"/>
      </w:pPr>
      <w:r>
        <w:rPr>
          <w:b/>
          <w:sz w:val="28"/>
        </w:rPr>
        <w:t>GRADE 6 | THEME 2: CLASSROOM LIFE</w:t>
      </w:r>
    </w:p>
    <w:p w:rsidR="00154B9B" w:rsidRDefault="000254F2" w:rsidP="001A5435">
      <w:pPr>
        <w:shd w:val="clear" w:color="auto" w:fill="B6DDE8" w:themeFill="accent5" w:themeFillTint="66"/>
        <w:spacing w:after="120"/>
        <w:jc w:val="center"/>
      </w:pPr>
      <w:r>
        <w:rPr>
          <w:b/>
          <w:sz w:val="22"/>
        </w:rPr>
        <w:t>MAARİF MODELİ UYUMLU AÇIK UÇLU YAZILI</w:t>
      </w:r>
    </w:p>
    <w:p w:rsidR="001A5435" w:rsidRDefault="001A5435">
      <w:pPr>
        <w:spacing w:after="100"/>
      </w:pPr>
    </w:p>
    <w:p w:rsidR="00154B9B" w:rsidRPr="001A5435" w:rsidRDefault="000254F2">
      <w:pPr>
        <w:spacing w:after="100"/>
        <w:rPr>
          <w:sz w:val="22"/>
        </w:rPr>
      </w:pPr>
      <w:r w:rsidRPr="001A5435">
        <w:t>Name-Surname: __________________________   Class: ______   Number: ______   Score: ____ / 100</w:t>
      </w:r>
    </w:p>
    <w:p w:rsidR="001A5435" w:rsidRDefault="001A5435">
      <w:pPr>
        <w:spacing w:before="40" w:after="60"/>
        <w:rPr>
          <w:b/>
          <w:sz w:val="22"/>
        </w:rPr>
      </w:pPr>
    </w:p>
    <w:p w:rsidR="00154B9B" w:rsidRDefault="000254F2" w:rsidP="001A5435">
      <w:pPr>
        <w:spacing w:before="40" w:after="60" w:line="360" w:lineRule="auto"/>
      </w:pPr>
      <w:r>
        <w:rPr>
          <w:b/>
          <w:sz w:val="22"/>
        </w:rPr>
        <w:t>A. CLASSROOM VOCABULARY (15 points)</w:t>
      </w:r>
    </w:p>
    <w:p w:rsidR="00154B9B" w:rsidRDefault="000254F2" w:rsidP="001A5435">
      <w:pPr>
        <w:spacing w:line="360" w:lineRule="auto"/>
      </w:pPr>
      <w:r>
        <w:t>Write the English word or phrase. (3 points each)</w:t>
      </w:r>
    </w:p>
    <w:p w:rsidR="00154B9B" w:rsidRDefault="000254F2" w:rsidP="001A5435">
      <w:pPr>
        <w:spacing w:after="60" w:line="360" w:lineRule="auto"/>
      </w:pPr>
      <w:r>
        <w:t>1. günlük rutin: ______________________________________________</w:t>
      </w:r>
    </w:p>
    <w:p w:rsidR="00154B9B" w:rsidRDefault="000254F2" w:rsidP="001A5435">
      <w:pPr>
        <w:spacing w:after="60" w:line="360" w:lineRule="auto"/>
      </w:pPr>
      <w:r>
        <w:t>2. araştırma: _________________________________________________</w:t>
      </w:r>
    </w:p>
    <w:p w:rsidR="00154B9B" w:rsidRDefault="00E96F86" w:rsidP="001A5435">
      <w:pPr>
        <w:spacing w:after="60" w:line="360" w:lineRule="auto"/>
      </w:pPr>
      <w:r>
        <w:t xml:space="preserve">3. günlük </w:t>
      </w:r>
      <w:r w:rsidR="000254F2">
        <w:t>: _______________________________________</w:t>
      </w:r>
    </w:p>
    <w:p w:rsidR="00154B9B" w:rsidRDefault="000254F2" w:rsidP="001A5435">
      <w:pPr>
        <w:spacing w:after="60" w:line="360" w:lineRule="auto"/>
      </w:pPr>
      <w:r>
        <w:t>4. dinlenmek: ________________________________________________</w:t>
      </w:r>
    </w:p>
    <w:p w:rsidR="00154B9B" w:rsidRDefault="000254F2" w:rsidP="001A5435">
      <w:pPr>
        <w:spacing w:after="60" w:line="360" w:lineRule="auto"/>
      </w:pPr>
      <w:r>
        <w:t>5. öğrenme etkinliği: _________________________________________</w:t>
      </w:r>
    </w:p>
    <w:p w:rsidR="001A5435" w:rsidRDefault="001A5435" w:rsidP="001A5435">
      <w:pPr>
        <w:spacing w:before="120" w:after="60" w:line="360" w:lineRule="auto"/>
        <w:rPr>
          <w:b/>
          <w:sz w:val="22"/>
        </w:rPr>
      </w:pPr>
    </w:p>
    <w:p w:rsidR="00154B9B" w:rsidRDefault="000254F2" w:rsidP="001A5435">
      <w:pPr>
        <w:spacing w:before="120" w:after="60" w:line="360" w:lineRule="auto"/>
      </w:pPr>
      <w:r>
        <w:rPr>
          <w:b/>
          <w:sz w:val="22"/>
        </w:rPr>
        <w:t>B. READ AND COMPLETE (15 points)</w:t>
      </w:r>
    </w:p>
    <w:p w:rsidR="00154B9B" w:rsidRDefault="000254F2" w:rsidP="001A5435">
      <w:pPr>
        <w:spacing w:line="360" w:lineRule="auto"/>
      </w:pPr>
      <w:r>
        <w:t>Complete the text with words from the box. Use each word once. (3 points each)</w:t>
      </w:r>
    </w:p>
    <w:p w:rsidR="001A5435" w:rsidRDefault="001A5435" w:rsidP="001A5435">
      <w:pPr>
        <w:spacing w:line="360" w:lineRule="auto"/>
        <w:rPr>
          <w:b/>
        </w:rPr>
      </w:pPr>
    </w:p>
    <w:p w:rsidR="00154B9B" w:rsidRDefault="000254F2" w:rsidP="001A5435">
      <w:pPr>
        <w:spacing w:line="360" w:lineRule="auto"/>
      </w:pPr>
      <w:r>
        <w:rPr>
          <w:b/>
        </w:rPr>
        <w:t>rest • diary • research • habit • learning</w:t>
      </w:r>
    </w:p>
    <w:p w:rsidR="00154B9B" w:rsidRDefault="000254F2" w:rsidP="001A5435">
      <w:pPr>
        <w:spacing w:line="360" w:lineRule="auto"/>
      </w:pPr>
      <w:r>
        <w:t>At school, Maya has a busy routine. After lessons, she writes in her (1) __________ to remember her homework. She sometimes does (2) __________ for science projects. Reading for twenty minutes every day is a good (3) __________. When she feels tired, she takes a short (4) __________. These activities help her enjoy (5) __________.</w:t>
      </w:r>
    </w:p>
    <w:p w:rsidR="001A5435" w:rsidRDefault="001A5435" w:rsidP="001A5435">
      <w:pPr>
        <w:spacing w:before="120" w:after="60" w:line="360" w:lineRule="auto"/>
        <w:rPr>
          <w:b/>
          <w:sz w:val="22"/>
        </w:rPr>
      </w:pPr>
    </w:p>
    <w:p w:rsidR="00154B9B" w:rsidRDefault="000254F2" w:rsidP="001A5435">
      <w:pPr>
        <w:spacing w:before="120" w:after="60" w:line="360" w:lineRule="auto"/>
      </w:pPr>
      <w:r>
        <w:rPr>
          <w:b/>
          <w:sz w:val="22"/>
        </w:rPr>
        <w:t>C. READ AND ANSWER (15 points)</w:t>
      </w:r>
    </w:p>
    <w:p w:rsidR="00154B9B" w:rsidRDefault="000254F2" w:rsidP="001A5435">
      <w:pPr>
        <w:spacing w:line="360" w:lineRule="auto"/>
      </w:pPr>
      <w:r>
        <w:t>Read the text and answer the questions. (3 points each)</w:t>
      </w:r>
    </w:p>
    <w:p w:rsidR="001A5435" w:rsidRDefault="001A5435" w:rsidP="001A5435">
      <w:pPr>
        <w:spacing w:line="360" w:lineRule="auto"/>
      </w:pPr>
    </w:p>
    <w:p w:rsidR="00154B9B" w:rsidRDefault="000254F2" w:rsidP="001A5435">
      <w:pPr>
        <w:spacing w:line="360" w:lineRule="auto"/>
      </w:pPr>
      <w:r>
        <w:t>It is 10 o’clock, and the students are working on a classroom project. Emma is drawing a poster, while Jack is looking for information on a computer. Their teacher is helping another group. They usually work quietly in class, but today they are discussing their ideas together. Emma likes science, and she often writes new facts in her diary.</w:t>
      </w:r>
    </w:p>
    <w:p w:rsidR="00154B9B" w:rsidRDefault="000254F2" w:rsidP="001A5435">
      <w:pPr>
        <w:spacing w:line="360" w:lineRule="auto"/>
      </w:pPr>
      <w:r>
        <w:t>1. What is Emma doing? ______________________________________________</w:t>
      </w:r>
    </w:p>
    <w:p w:rsidR="00154B9B" w:rsidRDefault="000254F2" w:rsidP="001A5435">
      <w:pPr>
        <w:spacing w:line="360" w:lineRule="auto"/>
      </w:pPr>
      <w:r>
        <w:t>2. What is Jack looking for? __________________________</w:t>
      </w:r>
      <w:bookmarkStart w:id="0" w:name="_GoBack"/>
      <w:bookmarkEnd w:id="0"/>
      <w:r>
        <w:t>_______________</w:t>
      </w:r>
    </w:p>
    <w:p w:rsidR="00154B9B" w:rsidRDefault="000254F2" w:rsidP="001A5435">
      <w:pPr>
        <w:spacing w:line="360" w:lineRule="auto"/>
      </w:pPr>
      <w:r>
        <w:t>3. Who is helping another group? _____________________________________</w:t>
      </w:r>
    </w:p>
    <w:p w:rsidR="00154B9B" w:rsidRDefault="000254F2" w:rsidP="001A5435">
      <w:pPr>
        <w:spacing w:line="360" w:lineRule="auto"/>
      </w:pPr>
      <w:r>
        <w:t>4. How do the students usually work in class? __________________________</w:t>
      </w:r>
    </w:p>
    <w:p w:rsidR="00154B9B" w:rsidRDefault="000254F2" w:rsidP="001A5435">
      <w:pPr>
        <w:spacing w:line="360" w:lineRule="auto"/>
      </w:pPr>
      <w:r>
        <w:t>5. Where does Emma often write new facts? _____________________________</w:t>
      </w:r>
    </w:p>
    <w:p w:rsidR="001A5435" w:rsidRDefault="001A5435" w:rsidP="001A5435">
      <w:pPr>
        <w:spacing w:before="120" w:after="60" w:line="360" w:lineRule="auto"/>
        <w:rPr>
          <w:b/>
          <w:sz w:val="22"/>
        </w:rPr>
      </w:pPr>
    </w:p>
    <w:p w:rsidR="00E96F86" w:rsidRDefault="003C673F" w:rsidP="003C673F">
      <w:pPr>
        <w:tabs>
          <w:tab w:val="left" w:pos="3396"/>
        </w:tabs>
        <w:spacing w:before="120" w:after="60" w:line="360" w:lineRule="auto"/>
        <w:rPr>
          <w:b/>
          <w:sz w:val="22"/>
        </w:rPr>
      </w:pPr>
      <w:r>
        <w:rPr>
          <w:b/>
          <w:sz w:val="22"/>
        </w:rPr>
        <w:tab/>
      </w:r>
    </w:p>
    <w:p w:rsidR="00154B9B" w:rsidRDefault="000254F2" w:rsidP="001A5435">
      <w:pPr>
        <w:spacing w:before="120" w:after="60" w:line="360" w:lineRule="auto"/>
      </w:pPr>
      <w:r>
        <w:rPr>
          <w:b/>
          <w:sz w:val="22"/>
        </w:rPr>
        <w:lastRenderedPageBreak/>
        <w:t>D. PRESENT SIMPLE OR PRESENT CONTINUOUS? (15 points)</w:t>
      </w:r>
    </w:p>
    <w:p w:rsidR="00154B9B" w:rsidRDefault="000254F2" w:rsidP="001A5435">
      <w:pPr>
        <w:spacing w:line="360" w:lineRule="auto"/>
      </w:pPr>
      <w:r>
        <w:t>Complete each sentence with the correct form of the verb in brackets. (3 points each)</w:t>
      </w:r>
    </w:p>
    <w:p w:rsidR="001A5435" w:rsidRDefault="001A5435" w:rsidP="001A5435">
      <w:pPr>
        <w:spacing w:line="360" w:lineRule="auto"/>
      </w:pPr>
    </w:p>
    <w:p w:rsidR="00154B9B" w:rsidRDefault="000254F2" w:rsidP="001A5435">
      <w:pPr>
        <w:spacing w:line="360" w:lineRule="auto"/>
      </w:pPr>
      <w:r>
        <w:t>1. Sara usually __________ (study) in the library after school.</w:t>
      </w:r>
    </w:p>
    <w:p w:rsidR="00154B9B" w:rsidRDefault="000254F2" w:rsidP="001A5435">
      <w:pPr>
        <w:spacing w:line="360" w:lineRule="auto"/>
      </w:pPr>
      <w:r>
        <w:t>2. Look! The students __________ (make) a model now.</w:t>
      </w:r>
    </w:p>
    <w:p w:rsidR="00154B9B" w:rsidRDefault="000254F2" w:rsidP="001A5435">
      <w:pPr>
        <w:spacing w:line="360" w:lineRule="auto"/>
      </w:pPr>
      <w:r>
        <w:t>3. My brother __________ (not / use) his phone during lessons.</w:t>
      </w:r>
    </w:p>
    <w:p w:rsidR="00154B9B" w:rsidRDefault="000254F2" w:rsidP="001A5435">
      <w:pPr>
        <w:spacing w:line="360" w:lineRule="auto"/>
      </w:pPr>
      <w:r>
        <w:t>4. We __________ (prepare) a poster at the moment.</w:t>
      </w:r>
    </w:p>
    <w:p w:rsidR="00154B9B" w:rsidRDefault="000254F2" w:rsidP="001A5435">
      <w:pPr>
        <w:spacing w:line="360" w:lineRule="auto"/>
      </w:pPr>
      <w:r>
        <w:t>5. __________ your teacher usually __________ (give) homework on Fridays?</w:t>
      </w:r>
    </w:p>
    <w:p w:rsidR="001A5435" w:rsidRDefault="001A5435" w:rsidP="001A5435">
      <w:pPr>
        <w:spacing w:before="120" w:after="60" w:line="360" w:lineRule="auto"/>
        <w:rPr>
          <w:b/>
          <w:sz w:val="22"/>
        </w:rPr>
      </w:pPr>
    </w:p>
    <w:p w:rsidR="00154B9B" w:rsidRDefault="000254F2" w:rsidP="001A5435">
      <w:pPr>
        <w:spacing w:before="120" w:after="60" w:line="360" w:lineRule="auto"/>
      </w:pPr>
      <w:r>
        <w:rPr>
          <w:b/>
          <w:sz w:val="22"/>
        </w:rPr>
        <w:t>E. POSSESSIVE ADJECTIVES AND QUESTION TAGS (15 points)</w:t>
      </w:r>
    </w:p>
    <w:p w:rsidR="00154B9B" w:rsidRDefault="000254F2" w:rsidP="001A5435">
      <w:pPr>
        <w:spacing w:line="360" w:lineRule="auto"/>
      </w:pPr>
      <w:r>
        <w:t>Complete or rewrite as instructed. (3 points each)</w:t>
      </w:r>
    </w:p>
    <w:p w:rsidR="001A5435" w:rsidRDefault="001A5435" w:rsidP="001A5435">
      <w:pPr>
        <w:spacing w:line="360" w:lineRule="auto"/>
      </w:pPr>
    </w:p>
    <w:p w:rsidR="00154B9B" w:rsidRDefault="000254F2" w:rsidP="001A5435">
      <w:pPr>
        <w:spacing w:line="360" w:lineRule="auto"/>
      </w:pPr>
      <w:r>
        <w:t>1. I have a new notebook. This is __________ notebook.</w:t>
      </w:r>
    </w:p>
    <w:p w:rsidR="00154B9B" w:rsidRDefault="000254F2" w:rsidP="001A5435">
      <w:pPr>
        <w:spacing w:line="360" w:lineRule="auto"/>
      </w:pPr>
      <w:r>
        <w:t>2. Tom has a blue schoolbag. It is __________ schoolbag.</w:t>
      </w:r>
    </w:p>
    <w:p w:rsidR="00154B9B" w:rsidRDefault="000254F2" w:rsidP="001A5435">
      <w:pPr>
        <w:spacing w:line="360" w:lineRule="auto"/>
      </w:pPr>
      <w:r>
        <w:t>3. We have an English project. It is __________ project.</w:t>
      </w:r>
    </w:p>
    <w:p w:rsidR="00154B9B" w:rsidRDefault="000254F2" w:rsidP="001A5435">
      <w:pPr>
        <w:spacing w:line="360" w:lineRule="auto"/>
      </w:pPr>
      <w:r>
        <w:t>4. You study English every day, __________ __________?</w:t>
      </w:r>
    </w:p>
    <w:p w:rsidR="00154B9B" w:rsidRDefault="000254F2" w:rsidP="001A5435">
      <w:pPr>
        <w:spacing w:line="360" w:lineRule="auto"/>
      </w:pPr>
      <w:r>
        <w:t>5. They are doing their homework now, __________ __________?</w:t>
      </w:r>
    </w:p>
    <w:p w:rsidR="001A5435" w:rsidRDefault="001A5435" w:rsidP="001A5435">
      <w:pPr>
        <w:spacing w:before="120" w:after="60" w:line="360" w:lineRule="auto"/>
        <w:rPr>
          <w:b/>
          <w:sz w:val="22"/>
        </w:rPr>
      </w:pPr>
    </w:p>
    <w:p w:rsidR="00154B9B" w:rsidRDefault="000254F2" w:rsidP="001A5435">
      <w:pPr>
        <w:spacing w:before="120" w:after="60" w:line="360" w:lineRule="auto"/>
      </w:pPr>
      <w:r>
        <w:rPr>
          <w:b/>
          <w:sz w:val="22"/>
        </w:rPr>
        <w:t>F. WRITE ABOUT YOUR CLASSROOM LIFE (25 points)</w:t>
      </w:r>
    </w:p>
    <w:p w:rsidR="00154B9B" w:rsidRDefault="000254F2" w:rsidP="001A5435">
      <w:pPr>
        <w:spacing w:line="360" w:lineRule="auto"/>
      </w:pPr>
      <w:r>
        <w:t>Write 5 sentences about your daily study routine and what is happening in your classroom today. Include at least one Present Simple sentence, one Present Continuous sentence, and two possessive adjectives.</w:t>
      </w:r>
    </w:p>
    <w:p w:rsidR="001A5435" w:rsidRDefault="001A5435" w:rsidP="001A5435">
      <w:pPr>
        <w:spacing w:line="360" w:lineRule="auto"/>
      </w:pPr>
    </w:p>
    <w:p w:rsidR="00154B9B" w:rsidRDefault="000254F2" w:rsidP="001A5435">
      <w:pPr>
        <w:spacing w:line="360" w:lineRule="auto"/>
      </w:pPr>
      <w:r>
        <w:t>1. ______________________________________________________________________</w:t>
      </w:r>
    </w:p>
    <w:p w:rsidR="00154B9B" w:rsidRDefault="000254F2" w:rsidP="001A5435">
      <w:pPr>
        <w:spacing w:line="360" w:lineRule="auto"/>
      </w:pPr>
      <w:r>
        <w:t>2. ______________________________________________________________________</w:t>
      </w:r>
    </w:p>
    <w:p w:rsidR="00154B9B" w:rsidRDefault="000254F2" w:rsidP="001A5435">
      <w:pPr>
        <w:spacing w:line="360" w:lineRule="auto"/>
      </w:pPr>
      <w:r>
        <w:t>3. ______________________________________________________________________</w:t>
      </w:r>
    </w:p>
    <w:p w:rsidR="00154B9B" w:rsidRDefault="000254F2" w:rsidP="001A5435">
      <w:pPr>
        <w:spacing w:line="360" w:lineRule="auto"/>
      </w:pPr>
      <w:r>
        <w:t>4. ______________________________________________________________________</w:t>
      </w:r>
    </w:p>
    <w:p w:rsidR="00154B9B" w:rsidRDefault="000254F2" w:rsidP="001A5435">
      <w:pPr>
        <w:spacing w:line="360" w:lineRule="auto"/>
      </w:pPr>
      <w:r>
        <w:t>5. ______________________________________________________________________</w:t>
      </w:r>
    </w:p>
    <w:p w:rsidR="001A5435" w:rsidRDefault="001A5435" w:rsidP="001A5435">
      <w:pPr>
        <w:spacing w:before="80" w:after="40" w:line="360" w:lineRule="auto"/>
        <w:rPr>
          <w:sz w:val="18"/>
        </w:rPr>
      </w:pPr>
    </w:p>
    <w:p w:rsidR="00154B9B" w:rsidRDefault="000254F2" w:rsidP="001A5435">
      <w:pPr>
        <w:spacing w:before="80" w:after="40" w:line="360" w:lineRule="auto"/>
      </w:pPr>
      <w:r>
        <w:rPr>
          <w:sz w:val="18"/>
        </w:rPr>
        <w:t>Scoring: required information 10 points; relevant vocabulary 5 points; understandable sentences 5 points; spelling and punctuation 5 points.</w:t>
      </w:r>
    </w:p>
    <w:p w:rsidR="00154B9B" w:rsidRDefault="000254F2">
      <w:r>
        <w:br w:type="page"/>
      </w:r>
    </w:p>
    <w:p w:rsidR="00154B9B" w:rsidRDefault="000254F2">
      <w:pPr>
        <w:spacing w:after="160"/>
        <w:jc w:val="center"/>
      </w:pPr>
      <w:r>
        <w:rPr>
          <w:b/>
          <w:sz w:val="26"/>
        </w:rPr>
        <w:lastRenderedPageBreak/>
        <w:t>ANSWER KEY | GRADE 6 – THEME 2: CLASSROOM LIFE</w:t>
      </w:r>
    </w:p>
    <w:p w:rsidR="00154B9B" w:rsidRDefault="000254F2">
      <w:pPr>
        <w:spacing w:before="40"/>
      </w:pPr>
      <w:r>
        <w:rPr>
          <w:b/>
          <w:sz w:val="22"/>
        </w:rPr>
        <w:t>A. Classroom Vocabulary</w:t>
      </w:r>
    </w:p>
    <w:p w:rsidR="00154B9B" w:rsidRDefault="000254F2">
      <w:r>
        <w:t>1. routine  2. research  3. diary  4. to rest / rest  5. learning activity</w:t>
      </w:r>
    </w:p>
    <w:p w:rsidR="00154B9B" w:rsidRDefault="000254F2">
      <w:pPr>
        <w:spacing w:before="120"/>
      </w:pPr>
      <w:r>
        <w:rPr>
          <w:b/>
          <w:sz w:val="22"/>
        </w:rPr>
        <w:t>B. Read and Complete</w:t>
      </w:r>
    </w:p>
    <w:p w:rsidR="00154B9B" w:rsidRDefault="000254F2">
      <w:r>
        <w:t>1. diary  2. research  3. habit  4. rest  5. learning</w:t>
      </w:r>
    </w:p>
    <w:p w:rsidR="00154B9B" w:rsidRDefault="000254F2">
      <w:pPr>
        <w:spacing w:before="120"/>
      </w:pPr>
      <w:r>
        <w:rPr>
          <w:b/>
          <w:sz w:val="22"/>
        </w:rPr>
        <w:t>C. Read and Answer</w:t>
      </w:r>
    </w:p>
    <w:p w:rsidR="00154B9B" w:rsidRDefault="000254F2">
      <w:r>
        <w:t>1. She is drawing a poster.  2. He is looking for information on a computer.  3. Their teacher.  4. They usually work quietly.  5. In her diary.</w:t>
      </w:r>
    </w:p>
    <w:p w:rsidR="00154B9B" w:rsidRDefault="000254F2">
      <w:pPr>
        <w:spacing w:before="120"/>
      </w:pPr>
      <w:r>
        <w:rPr>
          <w:b/>
          <w:sz w:val="22"/>
        </w:rPr>
        <w:t>D. Present Simple or Present Continuous?</w:t>
      </w:r>
    </w:p>
    <w:p w:rsidR="00154B9B" w:rsidRDefault="000254F2">
      <w:r>
        <w:t>1. studies  2. are making  3. does not / doesn’t use  4. are preparing  5. Does; give</w:t>
      </w:r>
    </w:p>
    <w:p w:rsidR="00154B9B" w:rsidRDefault="000254F2">
      <w:pPr>
        <w:spacing w:before="120"/>
      </w:pPr>
      <w:r>
        <w:rPr>
          <w:b/>
          <w:sz w:val="22"/>
        </w:rPr>
        <w:t>E. Possessive Adjectives and Question Tags</w:t>
      </w:r>
    </w:p>
    <w:p w:rsidR="00154B9B" w:rsidRDefault="000254F2">
      <w:r>
        <w:t>1. my  2. his  3. our  4. don’t you  5. aren’t they</w:t>
      </w:r>
    </w:p>
    <w:p w:rsidR="00154B9B" w:rsidRDefault="000254F2">
      <w:pPr>
        <w:spacing w:before="120"/>
      </w:pPr>
      <w:r>
        <w:rPr>
          <w:b/>
          <w:sz w:val="22"/>
        </w:rPr>
        <w:t>F. Writing</w:t>
      </w:r>
    </w:p>
    <w:p w:rsidR="00154B9B" w:rsidRDefault="000254F2">
      <w:r>
        <w:t>Answers will vary. Assess whether the student includes the requested tense forms and possessive adjectives, relevant vocabulary, clear sentences, spelling, and punctuation.</w:t>
      </w:r>
    </w:p>
    <w:p w:rsidR="00154B9B" w:rsidRDefault="000254F2">
      <w:pPr>
        <w:spacing w:before="160"/>
      </w:pPr>
      <w:r>
        <w:rPr>
          <w:b/>
          <w:sz w:val="22"/>
        </w:rPr>
        <w:t>TOTAL: 100 POINTS</w:t>
      </w:r>
    </w:p>
    <w:sectPr w:rsidR="00154B9B"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EE1" w:rsidRDefault="004D7EE1">
      <w:pPr>
        <w:spacing w:after="0" w:line="240" w:lineRule="auto"/>
      </w:pPr>
      <w:r>
        <w:separator/>
      </w:r>
    </w:p>
  </w:endnote>
  <w:endnote w:type="continuationSeparator" w:id="0">
    <w:p w:rsidR="004D7EE1" w:rsidRDefault="004D7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9B" w:rsidRDefault="000254F2">
    <w:pPr>
      <w:pStyle w:val="AltBilgi"/>
      <w:jc w:val="center"/>
    </w:pPr>
    <w:r>
      <w:rPr>
        <w:sz w:val="16"/>
      </w:rPr>
      <w:t xml:space="preserve">Grade 6 – Classroom Life • Page </w:t>
    </w:r>
    <w:r>
      <w:fldChar w:fldCharType="begin"/>
    </w:r>
    <w:r>
      <w:instrText>PAGE</w:instrText>
    </w:r>
    <w:r>
      <w:fldChar w:fldCharType="separate"/>
    </w:r>
    <w:r w:rsidR="003C673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EE1" w:rsidRDefault="004D7EE1">
      <w:pPr>
        <w:spacing w:after="0" w:line="240" w:lineRule="auto"/>
      </w:pPr>
      <w:r>
        <w:separator/>
      </w:r>
    </w:p>
  </w:footnote>
  <w:footnote w:type="continuationSeparator" w:id="0">
    <w:p w:rsidR="004D7EE1" w:rsidRDefault="004D7E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54F2"/>
    <w:rsid w:val="00034616"/>
    <w:rsid w:val="0006063C"/>
    <w:rsid w:val="0015074B"/>
    <w:rsid w:val="00154B9B"/>
    <w:rsid w:val="001A5435"/>
    <w:rsid w:val="0029639D"/>
    <w:rsid w:val="00326F90"/>
    <w:rsid w:val="003C673F"/>
    <w:rsid w:val="004D7EE1"/>
    <w:rsid w:val="008F3B64"/>
    <w:rsid w:val="00AA1D8D"/>
    <w:rsid w:val="00B47730"/>
    <w:rsid w:val="00CB0664"/>
    <w:rsid w:val="00E96F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E7A33D4-C52C-46E2-93B0-FBAE102F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3FED6-87EC-42F4-BC3B-E7E4DED94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Murat</cp:lastModifiedBy>
  <cp:revision>4</cp:revision>
  <dcterms:created xsi:type="dcterms:W3CDTF">2013-12-23T23:15:00Z</dcterms:created>
  <dcterms:modified xsi:type="dcterms:W3CDTF">2026-10-25T11:18:00Z</dcterms:modified>
  <cp:category/>
</cp:coreProperties>
</file>