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C5444" w:rsidRDefault="006B57E2" w:rsidP="00D7686F">
      <w:pPr>
        <w:shd w:val="clear" w:color="auto" w:fill="DAEEF3" w:themeFill="accent5" w:themeFillTint="33"/>
        <w:spacing w:after="20"/>
        <w:jc w:val="center"/>
      </w:pPr>
      <w:r>
        <w:rPr>
          <w:b/>
          <w:sz w:val="28"/>
        </w:rPr>
        <w:t>GRADE 6 | THEME 1: SCHOOL LIFE</w:t>
      </w:r>
    </w:p>
    <w:p w:rsidR="003C5444" w:rsidRDefault="006B57E2" w:rsidP="00D7686F">
      <w:pPr>
        <w:shd w:val="clear" w:color="auto" w:fill="DAEEF3" w:themeFill="accent5" w:themeFillTint="33"/>
        <w:spacing w:after="120"/>
        <w:jc w:val="center"/>
      </w:pPr>
      <w:r>
        <w:rPr>
          <w:b/>
          <w:sz w:val="22"/>
        </w:rPr>
        <w:t>MAARİF MODELİ UYUMLU AÇIK UÇLU YAZILI</w:t>
      </w:r>
    </w:p>
    <w:p w:rsidR="00D7686F" w:rsidRDefault="00D7686F">
      <w:pPr>
        <w:spacing w:after="100"/>
        <w:rPr>
          <w:sz w:val="18"/>
        </w:rPr>
      </w:pPr>
    </w:p>
    <w:p w:rsidR="003C5444" w:rsidRPr="00D7686F" w:rsidRDefault="006B57E2">
      <w:pPr>
        <w:spacing w:after="100"/>
        <w:rPr>
          <w:sz w:val="22"/>
        </w:rPr>
      </w:pPr>
      <w:r w:rsidRPr="00D7686F">
        <w:t>Name-Surname: __________________________   Class: ______   Number: ______   Score: ____ / 100</w:t>
      </w:r>
    </w:p>
    <w:p w:rsidR="00D7686F" w:rsidRDefault="00D7686F" w:rsidP="00D7686F">
      <w:pPr>
        <w:spacing w:before="40" w:line="360" w:lineRule="auto"/>
        <w:rPr>
          <w:b/>
          <w:sz w:val="22"/>
        </w:rPr>
      </w:pPr>
    </w:p>
    <w:p w:rsidR="003C5444" w:rsidRDefault="006B57E2" w:rsidP="00D7686F">
      <w:pPr>
        <w:spacing w:before="40" w:line="360" w:lineRule="auto"/>
      </w:pPr>
      <w:r>
        <w:rPr>
          <w:b/>
          <w:sz w:val="22"/>
        </w:rPr>
        <w:t>A. VOCABULARY TEST (15 points)</w:t>
      </w:r>
    </w:p>
    <w:p w:rsidR="003C5444" w:rsidRDefault="006B57E2" w:rsidP="00D7686F">
      <w:pPr>
        <w:spacing w:line="360" w:lineRule="auto"/>
      </w:pPr>
      <w:r>
        <w:t>Write the English words or phrases. (3 points each)</w:t>
      </w:r>
    </w:p>
    <w:p w:rsidR="003C5444" w:rsidRDefault="006B57E2" w:rsidP="00D7686F">
      <w:pPr>
        <w:spacing w:after="40" w:line="360" w:lineRule="auto"/>
      </w:pPr>
      <w:r>
        <w:t>1. millî marş: __________________________________________</w:t>
      </w:r>
    </w:p>
    <w:p w:rsidR="003C5444" w:rsidRDefault="006B57E2" w:rsidP="00D7686F">
      <w:pPr>
        <w:spacing w:after="40" w:line="360" w:lineRule="auto"/>
      </w:pPr>
      <w:r>
        <w:t>2. okul töreni: _________________________________________</w:t>
      </w:r>
    </w:p>
    <w:p w:rsidR="003C5444" w:rsidRDefault="006B57E2" w:rsidP="00D7686F">
      <w:pPr>
        <w:spacing w:after="40" w:line="360" w:lineRule="auto"/>
      </w:pPr>
      <w:r>
        <w:t>3. yardımsever: _________________________________________</w:t>
      </w:r>
    </w:p>
    <w:p w:rsidR="003C5444" w:rsidRDefault="006B57E2" w:rsidP="00D7686F">
      <w:pPr>
        <w:spacing w:after="40" w:line="360" w:lineRule="auto"/>
      </w:pPr>
      <w:r>
        <w:t>4. talimatları takip etmek: ______________________________</w:t>
      </w:r>
    </w:p>
    <w:p w:rsidR="003C5444" w:rsidRDefault="006B57E2" w:rsidP="00D7686F">
      <w:pPr>
        <w:spacing w:after="40" w:line="360" w:lineRule="auto"/>
      </w:pPr>
      <w:r>
        <w:t>5. bayrak taşımak: ______________________________________</w:t>
      </w:r>
    </w:p>
    <w:p w:rsidR="00D7686F" w:rsidRDefault="00D7686F" w:rsidP="00D7686F">
      <w:pPr>
        <w:spacing w:before="100" w:line="360" w:lineRule="auto"/>
        <w:rPr>
          <w:b/>
          <w:sz w:val="22"/>
        </w:rPr>
      </w:pPr>
    </w:p>
    <w:p w:rsidR="003C5444" w:rsidRDefault="006B57E2" w:rsidP="00D7686F">
      <w:pPr>
        <w:spacing w:before="100" w:line="360" w:lineRule="auto"/>
      </w:pPr>
      <w:r>
        <w:rPr>
          <w:b/>
          <w:sz w:val="22"/>
        </w:rPr>
        <w:t>B. READ AND COMPLETE (15 points)</w:t>
      </w:r>
    </w:p>
    <w:p w:rsidR="003C5444" w:rsidRDefault="006B57E2" w:rsidP="00D7686F">
      <w:pPr>
        <w:spacing w:line="360" w:lineRule="auto"/>
      </w:pPr>
      <w:r>
        <w:t>Complete the text with words from the box. Use each word once. (3 points each)</w:t>
      </w:r>
    </w:p>
    <w:p w:rsidR="00D7686F" w:rsidRDefault="00D7686F" w:rsidP="00D7686F">
      <w:pPr>
        <w:spacing w:after="80" w:line="360" w:lineRule="auto"/>
        <w:rPr>
          <w:b/>
        </w:rPr>
      </w:pPr>
    </w:p>
    <w:p w:rsidR="003C5444" w:rsidRDefault="006B57E2" w:rsidP="00D7686F">
      <w:pPr>
        <w:spacing w:after="80" w:line="360" w:lineRule="auto"/>
      </w:pPr>
      <w:r>
        <w:rPr>
          <w:b/>
        </w:rPr>
        <w:t>choir  •  follow  •  speech  •  assembly  •  flag</w:t>
      </w:r>
    </w:p>
    <w:p w:rsidR="003C5444" w:rsidRDefault="006B57E2" w:rsidP="00D7686F">
      <w:pPr>
        <w:spacing w:after="80" w:line="360" w:lineRule="auto"/>
      </w:pPr>
      <w:r>
        <w:t>At our school, we prepare for national celebrations together. Our teacher organises an (1) __________ and gives us responsibilities. Some students carry the (2) __________. The headmaster gives a (3) __________. All students (4) __________ the teachers’ instructions. The (5) __________ sings the national anthem.</w:t>
      </w:r>
    </w:p>
    <w:p w:rsidR="00D7686F" w:rsidRDefault="00D7686F" w:rsidP="00D7686F">
      <w:pPr>
        <w:spacing w:before="100" w:line="360" w:lineRule="auto"/>
        <w:rPr>
          <w:b/>
          <w:sz w:val="22"/>
        </w:rPr>
      </w:pPr>
    </w:p>
    <w:p w:rsidR="003C5444" w:rsidRDefault="006B57E2" w:rsidP="00D7686F">
      <w:pPr>
        <w:spacing w:before="100" w:line="360" w:lineRule="auto"/>
      </w:pPr>
      <w:r>
        <w:rPr>
          <w:b/>
          <w:sz w:val="22"/>
        </w:rPr>
        <w:t>C. READ AND ANSWER (15 points)</w:t>
      </w:r>
    </w:p>
    <w:p w:rsidR="003C5444" w:rsidRDefault="006B57E2" w:rsidP="00D7686F">
      <w:pPr>
        <w:spacing w:line="360" w:lineRule="auto"/>
      </w:pPr>
      <w:r>
        <w:t>Read the t</w:t>
      </w:r>
      <w:r w:rsidR="00D7686F">
        <w:t>ext and answer the questions. (5</w:t>
      </w:r>
      <w:r>
        <w:t xml:space="preserve"> points each)</w:t>
      </w:r>
    </w:p>
    <w:p w:rsidR="00D7686F" w:rsidRDefault="00D7686F" w:rsidP="00D7686F">
      <w:pPr>
        <w:spacing w:line="360" w:lineRule="auto"/>
      </w:pPr>
    </w:p>
    <w:p w:rsidR="003C5444" w:rsidRDefault="006B57E2" w:rsidP="00D7686F">
      <w:pPr>
        <w:spacing w:line="360" w:lineRule="auto"/>
      </w:pPr>
      <w:r>
        <w:t>Kyle and his classmates line up when they hear the bell. They walk quietly to their classroom and always listen to their teachers carefully. After lessons, they usually study together in the school library.</w:t>
      </w:r>
    </w:p>
    <w:p w:rsidR="00D7686F" w:rsidRDefault="00D7686F" w:rsidP="00D7686F">
      <w:pPr>
        <w:spacing w:line="360" w:lineRule="auto"/>
      </w:pPr>
    </w:p>
    <w:p w:rsidR="003C5444" w:rsidRDefault="006B57E2" w:rsidP="00D7686F">
      <w:pPr>
        <w:spacing w:line="360" w:lineRule="auto"/>
      </w:pPr>
      <w:r>
        <w:t>1. What do the students do when they hear the bell? ______________________________</w:t>
      </w:r>
    </w:p>
    <w:p w:rsidR="003C5444" w:rsidRDefault="006B57E2" w:rsidP="00D7686F">
      <w:pPr>
        <w:spacing w:line="360" w:lineRule="auto"/>
      </w:pPr>
      <w:r>
        <w:t>2. How do they walk to their classroom? ________________________________________</w:t>
      </w:r>
    </w:p>
    <w:p w:rsidR="003C5444" w:rsidRDefault="006B57E2" w:rsidP="00D7686F">
      <w:pPr>
        <w:spacing w:line="360" w:lineRule="auto"/>
      </w:pPr>
      <w:r>
        <w:t>3. Where do they usually study after lessons? ___________________________________</w:t>
      </w:r>
    </w:p>
    <w:p w:rsidR="00D7686F" w:rsidRDefault="00D7686F" w:rsidP="00D7686F">
      <w:pPr>
        <w:spacing w:before="100" w:line="360" w:lineRule="auto"/>
        <w:rPr>
          <w:b/>
          <w:sz w:val="22"/>
        </w:rPr>
      </w:pPr>
    </w:p>
    <w:p w:rsidR="00D7686F" w:rsidRDefault="00D7686F" w:rsidP="00D7686F">
      <w:pPr>
        <w:spacing w:before="100" w:line="360" w:lineRule="auto"/>
        <w:rPr>
          <w:b/>
          <w:sz w:val="22"/>
        </w:rPr>
      </w:pPr>
    </w:p>
    <w:p w:rsidR="00DF2FB1" w:rsidRDefault="00DF2FB1" w:rsidP="00D7686F">
      <w:pPr>
        <w:spacing w:before="100" w:line="360" w:lineRule="auto"/>
        <w:rPr>
          <w:b/>
          <w:sz w:val="22"/>
        </w:rPr>
      </w:pPr>
    </w:p>
    <w:p w:rsidR="00D7686F" w:rsidRDefault="00D7686F" w:rsidP="00D7686F">
      <w:pPr>
        <w:spacing w:before="100" w:line="360" w:lineRule="auto"/>
        <w:rPr>
          <w:b/>
          <w:sz w:val="22"/>
        </w:rPr>
      </w:pPr>
    </w:p>
    <w:p w:rsidR="003C5444" w:rsidRDefault="006B57E2" w:rsidP="00D7686F">
      <w:pPr>
        <w:spacing w:before="100" w:line="360" w:lineRule="auto"/>
      </w:pPr>
      <w:r>
        <w:rPr>
          <w:b/>
          <w:sz w:val="22"/>
        </w:rPr>
        <w:lastRenderedPageBreak/>
        <w:t>D. SCHOOL ROUTINES (15 points)</w:t>
      </w:r>
    </w:p>
    <w:p w:rsidR="00D7686F" w:rsidRDefault="00D7686F" w:rsidP="00D7686F">
      <w:pPr>
        <w:spacing w:line="360" w:lineRule="auto"/>
      </w:pPr>
    </w:p>
    <w:p w:rsidR="003C5444" w:rsidRDefault="006B57E2" w:rsidP="00D7686F">
      <w:pPr>
        <w:spacing w:line="360" w:lineRule="auto"/>
      </w:pPr>
      <w:r>
        <w:t>Answer in complete sentences. (3 points each)</w:t>
      </w:r>
    </w:p>
    <w:p w:rsidR="003C5444" w:rsidRDefault="006B57E2" w:rsidP="00D7686F">
      <w:pPr>
        <w:spacing w:line="360" w:lineRule="auto"/>
      </w:pPr>
      <w:r>
        <w:t>1. How often do you follow your school rules? __________________________________</w:t>
      </w:r>
    </w:p>
    <w:p w:rsidR="003C5444" w:rsidRDefault="006B57E2" w:rsidP="00D7686F">
      <w:pPr>
        <w:spacing w:line="360" w:lineRule="auto"/>
      </w:pPr>
      <w:r>
        <w:t>2. What do you usually do during break time? __________________________________</w:t>
      </w:r>
    </w:p>
    <w:p w:rsidR="003C5444" w:rsidRDefault="006B57E2" w:rsidP="00D7686F">
      <w:pPr>
        <w:spacing w:line="360" w:lineRule="auto"/>
      </w:pPr>
      <w:r>
        <w:t>3. Where do you read books at school? ________________________________________</w:t>
      </w:r>
    </w:p>
    <w:p w:rsidR="003C5444" w:rsidRDefault="006B57E2" w:rsidP="00D7686F">
      <w:pPr>
        <w:spacing w:line="360" w:lineRule="auto"/>
      </w:pPr>
      <w:r>
        <w:t>4. What do you do before you leave the classroom? ______________________________</w:t>
      </w:r>
    </w:p>
    <w:p w:rsidR="003C5444" w:rsidRDefault="006B57E2" w:rsidP="00D7686F">
      <w:pPr>
        <w:spacing w:line="360" w:lineRule="auto"/>
      </w:pPr>
      <w:r>
        <w:t>5. How do you go to school? _________________________________________________</w:t>
      </w:r>
    </w:p>
    <w:p w:rsidR="00D7686F" w:rsidRDefault="00D7686F" w:rsidP="00D7686F">
      <w:pPr>
        <w:spacing w:before="100" w:line="360" w:lineRule="auto"/>
        <w:rPr>
          <w:b/>
          <w:sz w:val="22"/>
        </w:rPr>
      </w:pPr>
    </w:p>
    <w:p w:rsidR="003C5444" w:rsidRDefault="006B57E2" w:rsidP="00D7686F">
      <w:pPr>
        <w:spacing w:before="100" w:line="360" w:lineRule="auto"/>
      </w:pPr>
      <w:r>
        <w:rPr>
          <w:b/>
          <w:sz w:val="22"/>
        </w:rPr>
        <w:t>E. GRAMMAR IN CONTEXT (15 points)</w:t>
      </w:r>
    </w:p>
    <w:p w:rsidR="003C5444" w:rsidRDefault="006B57E2" w:rsidP="00D7686F">
      <w:pPr>
        <w:spacing w:line="360" w:lineRule="auto"/>
      </w:pPr>
      <w:r>
        <w:t>Rewrite the sentences correctly. (3 points each)</w:t>
      </w:r>
    </w:p>
    <w:p w:rsidR="00D7686F" w:rsidRDefault="00D7686F" w:rsidP="00D7686F">
      <w:pPr>
        <w:spacing w:line="360" w:lineRule="auto"/>
      </w:pPr>
    </w:p>
    <w:p w:rsidR="003C5444" w:rsidRDefault="006B57E2" w:rsidP="00D7686F">
      <w:pPr>
        <w:spacing w:line="360" w:lineRule="auto"/>
      </w:pPr>
      <w:r>
        <w:t>1. She always help the teacher. ______________________________________________</w:t>
      </w:r>
    </w:p>
    <w:p w:rsidR="003C5444" w:rsidRDefault="006B57E2" w:rsidP="00D7686F">
      <w:pPr>
        <w:spacing w:line="360" w:lineRule="auto"/>
      </w:pPr>
      <w:r>
        <w:t>2. We never comes to school late. ____________________________________________</w:t>
      </w:r>
    </w:p>
    <w:p w:rsidR="003C5444" w:rsidRDefault="006B57E2" w:rsidP="00D7686F">
      <w:pPr>
        <w:spacing w:line="360" w:lineRule="auto"/>
      </w:pPr>
      <w:r>
        <w:t>3. The students listen to they carefully. ______________________________________</w:t>
      </w:r>
    </w:p>
    <w:p w:rsidR="003C5444" w:rsidRDefault="006B57E2" w:rsidP="00D7686F">
      <w:pPr>
        <w:spacing w:line="360" w:lineRule="auto"/>
      </w:pPr>
      <w:r>
        <w:t>4. Our teacher supports we. _________________________________________________</w:t>
      </w:r>
    </w:p>
    <w:p w:rsidR="003C5444" w:rsidRDefault="006B57E2" w:rsidP="00D7686F">
      <w:pPr>
        <w:spacing w:line="360" w:lineRule="auto"/>
      </w:pPr>
      <w:r>
        <w:t>5. There is many books in the library. ________________________________________</w:t>
      </w:r>
    </w:p>
    <w:p w:rsidR="00D7686F" w:rsidRDefault="00D7686F" w:rsidP="00D7686F">
      <w:pPr>
        <w:spacing w:before="100" w:line="360" w:lineRule="auto"/>
        <w:rPr>
          <w:b/>
          <w:sz w:val="22"/>
        </w:rPr>
      </w:pPr>
    </w:p>
    <w:p w:rsidR="003C5444" w:rsidRDefault="006B57E2" w:rsidP="00D7686F">
      <w:pPr>
        <w:spacing w:before="100" w:line="360" w:lineRule="auto"/>
      </w:pPr>
      <w:r>
        <w:rPr>
          <w:b/>
          <w:sz w:val="22"/>
        </w:rPr>
        <w:t>F. WRITE ABOUT YOUR SCHOOL LIFE (25 points)</w:t>
      </w:r>
    </w:p>
    <w:p w:rsidR="003C5444" w:rsidRDefault="006B57E2" w:rsidP="00D7686F">
      <w:pPr>
        <w:spacing w:line="360" w:lineRule="auto"/>
      </w:pPr>
      <w:r>
        <w:t>Write 4–5 sentences about your school routines. Include one school rule you follow, two things you usually/often/sometimes do, one place at your school, and how you feel about your favourite routine.</w:t>
      </w:r>
    </w:p>
    <w:p w:rsidR="00D7686F" w:rsidRDefault="00D7686F" w:rsidP="00D7686F">
      <w:pPr>
        <w:spacing w:line="360" w:lineRule="auto"/>
      </w:pPr>
    </w:p>
    <w:p w:rsidR="003C5444" w:rsidRDefault="006B57E2" w:rsidP="00D7686F">
      <w:pPr>
        <w:spacing w:line="360" w:lineRule="auto"/>
      </w:pPr>
      <w:r>
        <w:t>1. ______________________________________________________________________</w:t>
      </w:r>
    </w:p>
    <w:p w:rsidR="003C5444" w:rsidRDefault="006B57E2" w:rsidP="00D7686F">
      <w:pPr>
        <w:spacing w:line="360" w:lineRule="auto"/>
      </w:pPr>
      <w:r>
        <w:t>2. ______________________________________________________________________</w:t>
      </w:r>
    </w:p>
    <w:p w:rsidR="003C5444" w:rsidRDefault="006B57E2" w:rsidP="00D7686F">
      <w:pPr>
        <w:spacing w:line="360" w:lineRule="auto"/>
      </w:pPr>
      <w:r>
        <w:t>3. ______________________________________________________________________</w:t>
      </w:r>
    </w:p>
    <w:p w:rsidR="003C5444" w:rsidRDefault="006B57E2" w:rsidP="00D7686F">
      <w:pPr>
        <w:spacing w:line="360" w:lineRule="auto"/>
      </w:pPr>
      <w:r>
        <w:t>4. ______________________________________________________________________</w:t>
      </w:r>
    </w:p>
    <w:p w:rsidR="003C5444" w:rsidRDefault="006B57E2" w:rsidP="00D7686F">
      <w:pPr>
        <w:spacing w:line="360" w:lineRule="auto"/>
      </w:pPr>
      <w:r>
        <w:t>5. ______________________________________________________________________</w:t>
      </w:r>
    </w:p>
    <w:p w:rsidR="00D7686F" w:rsidRDefault="00D7686F" w:rsidP="00D7686F">
      <w:pPr>
        <w:spacing w:before="60" w:after="40" w:line="360" w:lineRule="auto"/>
        <w:rPr>
          <w:sz w:val="18"/>
        </w:rPr>
      </w:pPr>
    </w:p>
    <w:p w:rsidR="003C5444" w:rsidRDefault="006B57E2" w:rsidP="00D7686F">
      <w:pPr>
        <w:spacing w:before="60" w:after="40" w:line="360" w:lineRule="auto"/>
      </w:pPr>
      <w:r>
        <w:rPr>
          <w:sz w:val="18"/>
        </w:rPr>
        <w:t>Scoring: required information 10 points; relevant vocabulary 5 points; understandable sentences 5 points; spelling and punctuation 5 points.</w:t>
      </w:r>
    </w:p>
    <w:p w:rsidR="003C5444" w:rsidRDefault="006B57E2">
      <w:r>
        <w:br w:type="page"/>
      </w:r>
    </w:p>
    <w:p w:rsidR="003C5444" w:rsidRDefault="006B57E2">
      <w:pPr>
        <w:spacing w:after="160"/>
        <w:jc w:val="center"/>
      </w:pPr>
      <w:r>
        <w:rPr>
          <w:b/>
          <w:sz w:val="26"/>
        </w:rPr>
        <w:lastRenderedPageBreak/>
        <w:t>ANSWER KEY | GRADE 6 – THEME 1: SCHOOL LIFE</w:t>
      </w:r>
    </w:p>
    <w:p w:rsidR="003C5444" w:rsidRDefault="006B57E2">
      <w:pPr>
        <w:spacing w:before="40"/>
      </w:pPr>
      <w:r>
        <w:rPr>
          <w:b/>
          <w:sz w:val="22"/>
        </w:rPr>
        <w:t>A. Vocabulary Test</w:t>
      </w:r>
    </w:p>
    <w:p w:rsidR="003C5444" w:rsidRDefault="006B57E2">
      <w:r>
        <w:t>1. national anthem  2. school ceremony  3. helpful  4. follow the instructions  5. carry the flag</w:t>
      </w:r>
    </w:p>
    <w:p w:rsidR="003C5444" w:rsidRDefault="006B57E2">
      <w:pPr>
        <w:spacing w:before="100"/>
      </w:pPr>
      <w:r>
        <w:rPr>
          <w:b/>
          <w:sz w:val="22"/>
        </w:rPr>
        <w:t>B. Read and Complete</w:t>
      </w:r>
    </w:p>
    <w:p w:rsidR="003C5444" w:rsidRDefault="006B57E2">
      <w:r>
        <w:t>1. assembly  2. flag  3. speech  4. follow  5. choir</w:t>
      </w:r>
    </w:p>
    <w:p w:rsidR="003C5444" w:rsidRDefault="006B57E2">
      <w:pPr>
        <w:spacing w:before="100"/>
      </w:pPr>
      <w:r>
        <w:rPr>
          <w:b/>
          <w:sz w:val="22"/>
        </w:rPr>
        <w:t>C. Read and Answer</w:t>
      </w:r>
    </w:p>
    <w:p w:rsidR="003C5444" w:rsidRDefault="006B57E2">
      <w:r>
        <w:t>1. They line up.  2. They walk quietly.  3. They usually study together in the school library.</w:t>
      </w:r>
    </w:p>
    <w:p w:rsidR="003C5444" w:rsidRDefault="006B57E2">
      <w:pPr>
        <w:spacing w:before="100"/>
      </w:pPr>
      <w:r>
        <w:rPr>
          <w:b/>
          <w:sz w:val="22"/>
        </w:rPr>
        <w:t>D. School Routines</w:t>
      </w:r>
    </w:p>
    <w:p w:rsidR="003C5444" w:rsidRDefault="006B57E2">
      <w:r>
        <w:t>Answers will vary. Accept relevant, grammatically understandable sentences.</w:t>
      </w:r>
    </w:p>
    <w:p w:rsidR="003C5444" w:rsidRDefault="006B57E2">
      <w:pPr>
        <w:spacing w:before="100"/>
      </w:pPr>
      <w:r>
        <w:rPr>
          <w:b/>
          <w:sz w:val="22"/>
        </w:rPr>
        <w:t>E. Grammar in Context</w:t>
      </w:r>
    </w:p>
    <w:p w:rsidR="003C5444" w:rsidRDefault="006B57E2">
      <w:r>
        <w:t>1. She always helps the teacher.  2. We never come to school late.  3. The students listen to them carefully.  4. Our teacher supports us.  5. There are many books in the library.</w:t>
      </w:r>
    </w:p>
    <w:p w:rsidR="003C5444" w:rsidRDefault="006B57E2">
      <w:pPr>
        <w:spacing w:before="100"/>
      </w:pPr>
      <w:r>
        <w:rPr>
          <w:b/>
          <w:sz w:val="22"/>
        </w:rPr>
        <w:t>F. Writing</w:t>
      </w:r>
    </w:p>
    <w:p w:rsidR="003C5444" w:rsidRDefault="006B57E2">
      <w:r>
        <w:t>Answers will vary. Assess relevance, required details, sentence clarity, and appropriate grammar/vocabulary (25 points).</w:t>
      </w:r>
    </w:p>
    <w:p w:rsidR="003C5444" w:rsidRDefault="006B57E2">
      <w:pPr>
        <w:spacing w:before="160"/>
      </w:pPr>
      <w:r>
        <w:rPr>
          <w:b/>
          <w:sz w:val="22"/>
        </w:rPr>
        <w:t>TOTAL: 100 POINTS</w:t>
      </w:r>
    </w:p>
    <w:sectPr w:rsidR="003C5444" w:rsidSect="00034616">
      <w:headerReference w:type="even" r:id="rId8"/>
      <w:headerReference w:type="default" r:id="rId9"/>
      <w:footerReference w:type="even" r:id="rId10"/>
      <w:footerReference w:type="default" r:id="rId11"/>
      <w:headerReference w:type="first" r:id="rId12"/>
      <w:footerReference w:type="first" r:id="rId13"/>
      <w:pgSz w:w="12240" w:h="15840"/>
      <w:pgMar w:top="850" w:right="1020" w:bottom="850" w:left="10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7530D" w:rsidRDefault="0037530D">
      <w:pPr>
        <w:spacing w:after="0" w:line="240" w:lineRule="auto"/>
      </w:pPr>
      <w:r>
        <w:separator/>
      </w:r>
    </w:p>
  </w:endnote>
  <w:endnote w:type="continuationSeparator" w:id="0">
    <w:p w:rsidR="0037530D" w:rsidRDefault="003753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MS Mincho">
    <w:altName w:val="Yu Gothic UI"/>
    <w:panose1 w:val="02020609040205080304"/>
    <w:charset w:val="80"/>
    <w:family w:val="roman"/>
    <w:notTrueType/>
    <w:pitch w:val="fixed"/>
    <w:sig w:usb0="00000001" w:usb1="08070000" w:usb2="00000010" w:usb3="00000000" w:csb0="00020000" w:csb1="00000000"/>
  </w:font>
  <w:font w:name="Calibri">
    <w:panose1 w:val="020F0502020204030204"/>
    <w:charset w:val="A2"/>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83484" w:rsidRDefault="00883484">
    <w:pPr>
      <w:pStyle w:val="AltBilgi"/>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C5444" w:rsidRDefault="006B57E2">
    <w:pPr>
      <w:pStyle w:val="AltBilgi"/>
      <w:jc w:val="center"/>
    </w:pPr>
    <w:bookmarkStart w:id="0" w:name="_GoBack"/>
    <w:bookmarkEnd w:id="0"/>
    <w:r>
      <w:rPr>
        <w:sz w:val="16"/>
      </w:rPr>
      <w:t xml:space="preserve">Grade 6 – School Life • Page </w:t>
    </w:r>
    <w:r>
      <w:fldChar w:fldCharType="begin"/>
    </w:r>
    <w:r>
      <w:instrText>PAGE</w:instrText>
    </w:r>
    <w:r>
      <w:fldChar w:fldCharType="separate"/>
    </w:r>
    <w:r w:rsidR="00883484">
      <w:rPr>
        <w:noProof/>
      </w:rPr>
      <w:t>1</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83484" w:rsidRDefault="00883484">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7530D" w:rsidRDefault="0037530D">
      <w:pPr>
        <w:spacing w:after="0" w:line="240" w:lineRule="auto"/>
      </w:pPr>
      <w:r>
        <w:separator/>
      </w:r>
    </w:p>
  </w:footnote>
  <w:footnote w:type="continuationSeparator" w:id="0">
    <w:p w:rsidR="0037530D" w:rsidRDefault="0037530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83484" w:rsidRDefault="00883484">
    <w:pPr>
      <w:pStyle w:val="stBilgi"/>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83484" w:rsidRDefault="00883484">
    <w:pPr>
      <w:pStyle w:val="stBilgi"/>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83484" w:rsidRDefault="00883484">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ara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ara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Maddemi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Maddemi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ara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Maddemi"/>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37530D"/>
    <w:rsid w:val="003C5444"/>
    <w:rsid w:val="006B1249"/>
    <w:rsid w:val="006B57E2"/>
    <w:rsid w:val="00883484"/>
    <w:rsid w:val="00AA1D8D"/>
    <w:rsid w:val="00B47730"/>
    <w:rsid w:val="00CB0664"/>
    <w:rsid w:val="00D7686F"/>
    <w:rsid w:val="00DF2FB1"/>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efaultImageDpi w14:val="300"/>
  <w15:docId w15:val="{98E6D255-16CF-4D88-BE42-83F3BF7CAA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693F"/>
    <w:pPr>
      <w:spacing w:after="60"/>
    </w:pPr>
    <w:rPr>
      <w:rFonts w:ascii="Times New Roman" w:eastAsia="Times New Roman" w:hAnsi="Times New Roman"/>
      <w:sz w:val="20"/>
    </w:rPr>
  </w:style>
  <w:style w:type="paragraph" w:styleId="Balk1">
    <w:name w:val="heading 1"/>
    <w:basedOn w:val="Normal"/>
    <w:next w:val="Normal"/>
    <w:link w:val="Balk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alk2">
    <w:name w:val="heading 2"/>
    <w:basedOn w:val="Normal"/>
    <w:next w:val="Normal"/>
    <w:link w:val="Balk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Balk3">
    <w:name w:val="heading 3"/>
    <w:basedOn w:val="Normal"/>
    <w:next w:val="Normal"/>
    <w:link w:val="Balk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Balk4">
    <w:name w:val="heading 4"/>
    <w:basedOn w:val="Normal"/>
    <w:next w:val="Normal"/>
    <w:link w:val="Balk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Balk5">
    <w:name w:val="heading 5"/>
    <w:basedOn w:val="Normal"/>
    <w:next w:val="Normal"/>
    <w:link w:val="Balk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Balk6">
    <w:name w:val="heading 6"/>
    <w:basedOn w:val="Normal"/>
    <w:next w:val="Normal"/>
    <w:link w:val="Balk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Balk7">
    <w:name w:val="heading 7"/>
    <w:basedOn w:val="Normal"/>
    <w:next w:val="Normal"/>
    <w:link w:val="Balk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Balk8">
    <w:name w:val="heading 8"/>
    <w:basedOn w:val="Normal"/>
    <w:next w:val="Normal"/>
    <w:link w:val="Balk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Balk9">
    <w:name w:val="heading 9"/>
    <w:basedOn w:val="Normal"/>
    <w:next w:val="Normal"/>
    <w:link w:val="Balk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E618BF"/>
    <w:pPr>
      <w:tabs>
        <w:tab w:val="center" w:pos="4680"/>
        <w:tab w:val="right" w:pos="9360"/>
      </w:tabs>
      <w:spacing w:after="0" w:line="240" w:lineRule="auto"/>
    </w:pPr>
  </w:style>
  <w:style w:type="character" w:customStyle="1" w:styleId="stBilgiChar">
    <w:name w:val="Üst Bilgi Char"/>
    <w:basedOn w:val="VarsaylanParagrafYazTipi"/>
    <w:link w:val="stBilgi"/>
    <w:uiPriority w:val="99"/>
    <w:rsid w:val="00E618BF"/>
  </w:style>
  <w:style w:type="paragraph" w:styleId="AltBilgi">
    <w:name w:val="footer"/>
    <w:basedOn w:val="Normal"/>
    <w:link w:val="AltBilgiChar"/>
    <w:uiPriority w:val="99"/>
    <w:unhideWhenUsed/>
    <w:rsid w:val="00E618BF"/>
    <w:pPr>
      <w:tabs>
        <w:tab w:val="center" w:pos="4680"/>
        <w:tab w:val="right" w:pos="9360"/>
      </w:tabs>
      <w:spacing w:after="0" w:line="240" w:lineRule="auto"/>
    </w:pPr>
  </w:style>
  <w:style w:type="character" w:customStyle="1" w:styleId="AltBilgiChar">
    <w:name w:val="Alt Bilgi Char"/>
    <w:basedOn w:val="VarsaylanParagrafYazTipi"/>
    <w:link w:val="AltBilgi"/>
    <w:uiPriority w:val="99"/>
    <w:rsid w:val="00E618BF"/>
  </w:style>
  <w:style w:type="paragraph" w:styleId="AralkYok">
    <w:name w:val="No Spacing"/>
    <w:uiPriority w:val="1"/>
    <w:qFormat/>
    <w:rsid w:val="00FC693F"/>
    <w:pPr>
      <w:spacing w:after="0" w:line="240" w:lineRule="auto"/>
    </w:pPr>
  </w:style>
  <w:style w:type="character" w:customStyle="1" w:styleId="Balk1Char">
    <w:name w:val="Başlık 1 Char"/>
    <w:basedOn w:val="VarsaylanParagrafYazTipi"/>
    <w:link w:val="Bal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Balk2Char">
    <w:name w:val="Başlık 2 Char"/>
    <w:basedOn w:val="VarsaylanParagrafYazTipi"/>
    <w:link w:val="Balk2"/>
    <w:uiPriority w:val="9"/>
    <w:rsid w:val="00FC693F"/>
    <w:rPr>
      <w:rFonts w:asciiTheme="majorHAnsi" w:eastAsiaTheme="majorEastAsia" w:hAnsiTheme="majorHAnsi" w:cstheme="majorBidi"/>
      <w:b/>
      <w:bCs/>
      <w:color w:val="4F81BD" w:themeColor="accent1"/>
      <w:sz w:val="26"/>
      <w:szCs w:val="26"/>
    </w:rPr>
  </w:style>
  <w:style w:type="character" w:customStyle="1" w:styleId="Balk3Char">
    <w:name w:val="Başlık 3 Char"/>
    <w:basedOn w:val="VarsaylanParagrafYazTipi"/>
    <w:link w:val="Balk3"/>
    <w:uiPriority w:val="9"/>
    <w:rsid w:val="00FC693F"/>
    <w:rPr>
      <w:rFonts w:asciiTheme="majorHAnsi" w:eastAsiaTheme="majorEastAsia" w:hAnsiTheme="majorHAnsi" w:cstheme="majorBidi"/>
      <w:b/>
      <w:bCs/>
      <w:color w:val="4F81BD" w:themeColor="accent1"/>
    </w:rPr>
  </w:style>
  <w:style w:type="paragraph" w:styleId="KonuBal">
    <w:name w:val="Title"/>
    <w:basedOn w:val="Normal"/>
    <w:next w:val="Normal"/>
    <w:link w:val="KonuBal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KonuBalChar">
    <w:name w:val="Konu Başlığı Char"/>
    <w:basedOn w:val="VarsaylanParagrafYazTipi"/>
    <w:link w:val="KonuBa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ltyaz">
    <w:name w:val="Subtitle"/>
    <w:basedOn w:val="Normal"/>
    <w:next w:val="Normal"/>
    <w:link w:val="Altyaz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ltyazChar">
    <w:name w:val="Altyazı Char"/>
    <w:basedOn w:val="VarsaylanParagrafYazTipi"/>
    <w:link w:val="Altyaz"/>
    <w:uiPriority w:val="11"/>
    <w:rsid w:val="00FC693F"/>
    <w:rPr>
      <w:rFonts w:asciiTheme="majorHAnsi" w:eastAsiaTheme="majorEastAsia" w:hAnsiTheme="majorHAnsi" w:cstheme="majorBidi"/>
      <w:i/>
      <w:iCs/>
      <w:color w:val="4F81BD" w:themeColor="accent1"/>
      <w:spacing w:val="15"/>
      <w:sz w:val="24"/>
      <w:szCs w:val="24"/>
    </w:rPr>
  </w:style>
  <w:style w:type="paragraph" w:styleId="ListeParagraf">
    <w:name w:val="List Paragraph"/>
    <w:basedOn w:val="Normal"/>
    <w:uiPriority w:val="34"/>
    <w:qFormat/>
    <w:rsid w:val="00FC693F"/>
    <w:pPr>
      <w:ind w:left="720"/>
      <w:contextualSpacing/>
    </w:pPr>
  </w:style>
  <w:style w:type="paragraph" w:styleId="GvdeMetni">
    <w:name w:val="Body Text"/>
    <w:basedOn w:val="Normal"/>
    <w:link w:val="GvdeMetniChar"/>
    <w:uiPriority w:val="99"/>
    <w:unhideWhenUsed/>
    <w:rsid w:val="00AA1D8D"/>
    <w:pPr>
      <w:spacing w:after="120"/>
    </w:pPr>
  </w:style>
  <w:style w:type="character" w:customStyle="1" w:styleId="GvdeMetniChar">
    <w:name w:val="Gövde Metni Char"/>
    <w:basedOn w:val="VarsaylanParagrafYazTipi"/>
    <w:link w:val="GvdeMetni"/>
    <w:uiPriority w:val="99"/>
    <w:rsid w:val="00AA1D8D"/>
  </w:style>
  <w:style w:type="paragraph" w:styleId="GvdeMetni2">
    <w:name w:val="Body Text 2"/>
    <w:basedOn w:val="Normal"/>
    <w:link w:val="GvdeMetni2Char"/>
    <w:uiPriority w:val="99"/>
    <w:unhideWhenUsed/>
    <w:rsid w:val="00AA1D8D"/>
    <w:pPr>
      <w:spacing w:after="120" w:line="480" w:lineRule="auto"/>
    </w:pPr>
  </w:style>
  <w:style w:type="character" w:customStyle="1" w:styleId="GvdeMetni2Char">
    <w:name w:val="Gövde Metni 2 Char"/>
    <w:basedOn w:val="VarsaylanParagrafYazTipi"/>
    <w:link w:val="GvdeMetni2"/>
    <w:uiPriority w:val="99"/>
    <w:rsid w:val="00AA1D8D"/>
  </w:style>
  <w:style w:type="paragraph" w:styleId="GvdeMetni3">
    <w:name w:val="Body Text 3"/>
    <w:basedOn w:val="Normal"/>
    <w:link w:val="GvdeMetni3Char"/>
    <w:uiPriority w:val="99"/>
    <w:unhideWhenUsed/>
    <w:rsid w:val="00AA1D8D"/>
    <w:pPr>
      <w:spacing w:after="120"/>
    </w:pPr>
    <w:rPr>
      <w:sz w:val="16"/>
      <w:szCs w:val="16"/>
    </w:rPr>
  </w:style>
  <w:style w:type="character" w:customStyle="1" w:styleId="GvdeMetni3Char">
    <w:name w:val="Gövde Metni 3 Char"/>
    <w:basedOn w:val="VarsaylanParagrafYazTipi"/>
    <w:link w:val="GvdeMetni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Maddemi">
    <w:name w:val="List Bullet"/>
    <w:basedOn w:val="Normal"/>
    <w:uiPriority w:val="99"/>
    <w:unhideWhenUsed/>
    <w:rsid w:val="00326F90"/>
    <w:pPr>
      <w:numPr>
        <w:numId w:val="1"/>
      </w:numPr>
      <w:contextualSpacing/>
    </w:pPr>
  </w:style>
  <w:style w:type="paragraph" w:styleId="ListeMaddemi2">
    <w:name w:val="List Bullet 2"/>
    <w:basedOn w:val="Normal"/>
    <w:uiPriority w:val="99"/>
    <w:unhideWhenUsed/>
    <w:rsid w:val="00326F90"/>
    <w:pPr>
      <w:numPr>
        <w:numId w:val="2"/>
      </w:numPr>
      <w:contextualSpacing/>
    </w:pPr>
  </w:style>
  <w:style w:type="paragraph" w:styleId="ListeMaddemi3">
    <w:name w:val="List Bullet 3"/>
    <w:basedOn w:val="Normal"/>
    <w:uiPriority w:val="99"/>
    <w:unhideWhenUsed/>
    <w:rsid w:val="00326F90"/>
    <w:pPr>
      <w:numPr>
        <w:numId w:val="3"/>
      </w:numPr>
      <w:contextualSpacing/>
    </w:pPr>
  </w:style>
  <w:style w:type="paragraph" w:styleId="ListeNumaras">
    <w:name w:val="List Number"/>
    <w:basedOn w:val="Normal"/>
    <w:uiPriority w:val="99"/>
    <w:unhideWhenUsed/>
    <w:rsid w:val="00326F90"/>
    <w:pPr>
      <w:numPr>
        <w:numId w:val="5"/>
      </w:numPr>
      <w:contextualSpacing/>
    </w:pPr>
  </w:style>
  <w:style w:type="paragraph" w:styleId="ListeNumaras2">
    <w:name w:val="List Number 2"/>
    <w:basedOn w:val="Normal"/>
    <w:uiPriority w:val="99"/>
    <w:unhideWhenUsed/>
    <w:rsid w:val="0029639D"/>
    <w:pPr>
      <w:numPr>
        <w:numId w:val="6"/>
      </w:numPr>
      <w:contextualSpacing/>
    </w:pPr>
  </w:style>
  <w:style w:type="paragraph" w:styleId="ListeNumaras3">
    <w:name w:val="List Number 3"/>
    <w:basedOn w:val="Normal"/>
    <w:uiPriority w:val="99"/>
    <w:unhideWhenUsed/>
    <w:rsid w:val="0029639D"/>
    <w:pPr>
      <w:numPr>
        <w:numId w:val="7"/>
      </w:numPr>
      <w:contextualSpacing/>
    </w:pPr>
  </w:style>
  <w:style w:type="paragraph" w:styleId="ListeDevam">
    <w:name w:val="List Continue"/>
    <w:basedOn w:val="Normal"/>
    <w:uiPriority w:val="99"/>
    <w:unhideWhenUsed/>
    <w:rsid w:val="0029639D"/>
    <w:pPr>
      <w:spacing w:after="120"/>
      <w:ind w:left="360"/>
      <w:contextualSpacing/>
    </w:pPr>
  </w:style>
  <w:style w:type="paragraph" w:styleId="ListeDevam2">
    <w:name w:val="List Continue 2"/>
    <w:basedOn w:val="Normal"/>
    <w:uiPriority w:val="99"/>
    <w:unhideWhenUsed/>
    <w:rsid w:val="0029639D"/>
    <w:pPr>
      <w:spacing w:after="120"/>
      <w:ind w:left="720"/>
      <w:contextualSpacing/>
    </w:pPr>
  </w:style>
  <w:style w:type="paragraph" w:styleId="ListeDevam3">
    <w:name w:val="List Continue 3"/>
    <w:basedOn w:val="Normal"/>
    <w:uiPriority w:val="99"/>
    <w:unhideWhenUsed/>
    <w:rsid w:val="0029639D"/>
    <w:pPr>
      <w:spacing w:after="120"/>
      <w:ind w:left="1080"/>
      <w:contextualSpacing/>
    </w:pPr>
  </w:style>
  <w:style w:type="paragraph" w:styleId="MakroMetni">
    <w:name w:val="macro"/>
    <w:link w:val="MakroMetni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MetniChar">
    <w:name w:val="Makro Metni Char"/>
    <w:basedOn w:val="VarsaylanParagrafYazTipi"/>
    <w:link w:val="MakroMetni"/>
    <w:uiPriority w:val="99"/>
    <w:rsid w:val="0029639D"/>
    <w:rPr>
      <w:rFonts w:ascii="Courier" w:hAnsi="Courier"/>
      <w:sz w:val="20"/>
      <w:szCs w:val="20"/>
    </w:rPr>
  </w:style>
  <w:style w:type="paragraph" w:styleId="Alnt">
    <w:name w:val="Quote"/>
    <w:basedOn w:val="Normal"/>
    <w:next w:val="Normal"/>
    <w:link w:val="AlntChar"/>
    <w:uiPriority w:val="29"/>
    <w:qFormat/>
    <w:rsid w:val="00FC693F"/>
    <w:rPr>
      <w:i/>
      <w:iCs/>
      <w:color w:val="000000" w:themeColor="text1"/>
    </w:rPr>
  </w:style>
  <w:style w:type="character" w:customStyle="1" w:styleId="AlntChar">
    <w:name w:val="Alıntı Char"/>
    <w:basedOn w:val="VarsaylanParagrafYazTipi"/>
    <w:link w:val="Alnt"/>
    <w:uiPriority w:val="29"/>
    <w:rsid w:val="00FC693F"/>
    <w:rPr>
      <w:i/>
      <w:iCs/>
      <w:color w:val="000000" w:themeColor="text1"/>
    </w:rPr>
  </w:style>
  <w:style w:type="character" w:customStyle="1" w:styleId="Balk4Char">
    <w:name w:val="Başlık 4 Char"/>
    <w:basedOn w:val="VarsaylanParagrafYazTipi"/>
    <w:link w:val="Balk4"/>
    <w:uiPriority w:val="9"/>
    <w:semiHidden/>
    <w:rsid w:val="00FC693F"/>
    <w:rPr>
      <w:rFonts w:asciiTheme="majorHAnsi" w:eastAsiaTheme="majorEastAsia" w:hAnsiTheme="majorHAnsi" w:cstheme="majorBidi"/>
      <w:b/>
      <w:bCs/>
      <w:i/>
      <w:iCs/>
      <w:color w:val="4F81BD" w:themeColor="accent1"/>
    </w:rPr>
  </w:style>
  <w:style w:type="character" w:customStyle="1" w:styleId="Balk5Char">
    <w:name w:val="Başlık 5 Char"/>
    <w:basedOn w:val="VarsaylanParagrafYazTipi"/>
    <w:link w:val="Balk5"/>
    <w:uiPriority w:val="9"/>
    <w:semiHidden/>
    <w:rsid w:val="00FC693F"/>
    <w:rPr>
      <w:rFonts w:asciiTheme="majorHAnsi" w:eastAsiaTheme="majorEastAsia" w:hAnsiTheme="majorHAnsi" w:cstheme="majorBidi"/>
      <w:color w:val="243F60" w:themeColor="accent1" w:themeShade="7F"/>
    </w:rPr>
  </w:style>
  <w:style w:type="character" w:customStyle="1" w:styleId="Balk6Char">
    <w:name w:val="Başlık 6 Char"/>
    <w:basedOn w:val="VarsaylanParagrafYazTipi"/>
    <w:link w:val="Balk6"/>
    <w:uiPriority w:val="9"/>
    <w:semiHidden/>
    <w:rsid w:val="00FC693F"/>
    <w:rPr>
      <w:rFonts w:asciiTheme="majorHAnsi" w:eastAsiaTheme="majorEastAsia" w:hAnsiTheme="majorHAnsi" w:cstheme="majorBidi"/>
      <w:i/>
      <w:iCs/>
      <w:color w:val="243F60" w:themeColor="accent1" w:themeShade="7F"/>
    </w:rPr>
  </w:style>
  <w:style w:type="character" w:customStyle="1" w:styleId="Balk7Char">
    <w:name w:val="Başlık 7 Char"/>
    <w:basedOn w:val="VarsaylanParagrafYazTipi"/>
    <w:link w:val="Balk7"/>
    <w:uiPriority w:val="9"/>
    <w:semiHidden/>
    <w:rsid w:val="00FC693F"/>
    <w:rPr>
      <w:rFonts w:asciiTheme="majorHAnsi" w:eastAsiaTheme="majorEastAsia" w:hAnsiTheme="majorHAnsi" w:cstheme="majorBidi"/>
      <w:i/>
      <w:iCs/>
      <w:color w:val="404040" w:themeColor="text1" w:themeTint="BF"/>
    </w:rPr>
  </w:style>
  <w:style w:type="character" w:customStyle="1" w:styleId="Balk8Char">
    <w:name w:val="Başlık 8 Char"/>
    <w:basedOn w:val="VarsaylanParagrafYazTipi"/>
    <w:link w:val="Balk8"/>
    <w:uiPriority w:val="9"/>
    <w:semiHidden/>
    <w:rsid w:val="00FC693F"/>
    <w:rPr>
      <w:rFonts w:asciiTheme="majorHAnsi" w:eastAsiaTheme="majorEastAsia" w:hAnsiTheme="majorHAnsi" w:cstheme="majorBidi"/>
      <w:color w:val="4F81BD" w:themeColor="accent1"/>
      <w:sz w:val="20"/>
      <w:szCs w:val="20"/>
    </w:rPr>
  </w:style>
  <w:style w:type="character" w:customStyle="1" w:styleId="Balk9Char">
    <w:name w:val="Başlık 9 Char"/>
    <w:basedOn w:val="VarsaylanParagrafYazTipi"/>
    <w:link w:val="Balk9"/>
    <w:uiPriority w:val="9"/>
    <w:semiHidden/>
    <w:rsid w:val="00FC693F"/>
    <w:rPr>
      <w:rFonts w:asciiTheme="majorHAnsi" w:eastAsiaTheme="majorEastAsia" w:hAnsiTheme="majorHAnsi" w:cstheme="majorBidi"/>
      <w:i/>
      <w:iCs/>
      <w:color w:val="404040" w:themeColor="text1" w:themeTint="BF"/>
      <w:sz w:val="20"/>
      <w:szCs w:val="20"/>
    </w:rPr>
  </w:style>
  <w:style w:type="paragraph" w:styleId="ResimYazs">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Gl">
    <w:name w:val="Strong"/>
    <w:basedOn w:val="VarsaylanParagrafYazTipi"/>
    <w:uiPriority w:val="22"/>
    <w:qFormat/>
    <w:rsid w:val="00FC693F"/>
    <w:rPr>
      <w:b/>
      <w:bCs/>
    </w:rPr>
  </w:style>
  <w:style w:type="character" w:styleId="Vurgu">
    <w:name w:val="Emphasis"/>
    <w:basedOn w:val="VarsaylanParagrafYazTipi"/>
    <w:uiPriority w:val="20"/>
    <w:qFormat/>
    <w:rsid w:val="00FC693F"/>
    <w:rPr>
      <w:i/>
      <w:iCs/>
    </w:rPr>
  </w:style>
  <w:style w:type="paragraph" w:styleId="GlAlnt">
    <w:name w:val="Intense Quote"/>
    <w:basedOn w:val="Normal"/>
    <w:next w:val="Normal"/>
    <w:link w:val="GlAln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GlAlntChar">
    <w:name w:val="Güçlü Alıntı Char"/>
    <w:basedOn w:val="VarsaylanParagrafYazTipi"/>
    <w:link w:val="GlAlnt"/>
    <w:uiPriority w:val="30"/>
    <w:rsid w:val="00FC693F"/>
    <w:rPr>
      <w:b/>
      <w:bCs/>
      <w:i/>
      <w:iCs/>
      <w:color w:val="4F81BD" w:themeColor="accent1"/>
    </w:rPr>
  </w:style>
  <w:style w:type="character" w:styleId="HafifVurgulama">
    <w:name w:val="Subtle Emphasis"/>
    <w:basedOn w:val="VarsaylanParagrafYazTipi"/>
    <w:uiPriority w:val="19"/>
    <w:qFormat/>
    <w:rsid w:val="00FC693F"/>
    <w:rPr>
      <w:i/>
      <w:iCs/>
      <w:color w:val="808080" w:themeColor="text1" w:themeTint="7F"/>
    </w:rPr>
  </w:style>
  <w:style w:type="character" w:styleId="GlVurgulama">
    <w:name w:val="Intense Emphasis"/>
    <w:basedOn w:val="VarsaylanParagrafYazTipi"/>
    <w:uiPriority w:val="21"/>
    <w:qFormat/>
    <w:rsid w:val="00FC693F"/>
    <w:rPr>
      <w:b/>
      <w:bCs/>
      <w:i/>
      <w:iCs/>
      <w:color w:val="4F81BD" w:themeColor="accent1"/>
    </w:rPr>
  </w:style>
  <w:style w:type="character" w:styleId="HafifBavuru">
    <w:name w:val="Subtle Reference"/>
    <w:basedOn w:val="VarsaylanParagrafYazTipi"/>
    <w:uiPriority w:val="31"/>
    <w:qFormat/>
    <w:rsid w:val="00FC693F"/>
    <w:rPr>
      <w:smallCaps/>
      <w:color w:val="C0504D" w:themeColor="accent2"/>
      <w:u w:val="single"/>
    </w:rPr>
  </w:style>
  <w:style w:type="character" w:styleId="GlBavuru">
    <w:name w:val="Intense Reference"/>
    <w:basedOn w:val="VarsaylanParagrafYazTipi"/>
    <w:uiPriority w:val="32"/>
    <w:qFormat/>
    <w:rsid w:val="00FC693F"/>
    <w:rPr>
      <w:b/>
      <w:bCs/>
      <w:smallCaps/>
      <w:color w:val="C0504D" w:themeColor="accent2"/>
      <w:spacing w:val="5"/>
      <w:u w:val="single"/>
    </w:rPr>
  </w:style>
  <w:style w:type="character" w:styleId="KitapBal">
    <w:name w:val="Book Title"/>
    <w:basedOn w:val="VarsaylanParagrafYazTipi"/>
    <w:uiPriority w:val="33"/>
    <w:qFormat/>
    <w:rsid w:val="00FC693F"/>
    <w:rPr>
      <w:b/>
      <w:bCs/>
      <w:smallCaps/>
      <w:spacing w:val="5"/>
    </w:rPr>
  </w:style>
  <w:style w:type="paragraph" w:styleId="TBal">
    <w:name w:val="TOC Heading"/>
    <w:basedOn w:val="Balk1"/>
    <w:next w:val="Normal"/>
    <w:uiPriority w:val="39"/>
    <w:semiHidden/>
    <w:unhideWhenUsed/>
    <w:qFormat/>
    <w:rsid w:val="00FC693F"/>
    <w:pPr>
      <w:outlineLvl w:val="9"/>
    </w:pPr>
  </w:style>
  <w:style w:type="table" w:styleId="TabloKlavuzu">
    <w:name w:val="Table Grid"/>
    <w:basedOn w:val="NormalTablo"/>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kGlgeleme">
    <w:name w:val="Light Shading"/>
    <w:basedOn w:val="NormalTablo"/>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AkGlgeleme-Vurgu1">
    <w:name w:val="Light Shading Accent 1"/>
    <w:basedOn w:val="NormalTablo"/>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AkGlgeleme-Vurgu2">
    <w:name w:val="Light Shading Accent 2"/>
    <w:basedOn w:val="NormalTablo"/>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AkGlgeleme-Vurgu3">
    <w:name w:val="Light Shading Accent 3"/>
    <w:basedOn w:val="NormalTablo"/>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AkGlgeleme-Vurgu4">
    <w:name w:val="Light Shading Accent 4"/>
    <w:basedOn w:val="NormalTablo"/>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AkGlgeleme-Vurgu5">
    <w:name w:val="Light Shading Accent 5"/>
    <w:basedOn w:val="NormalTablo"/>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AkGlgeleme-Vurgu6">
    <w:name w:val="Light Shading Accent 6"/>
    <w:basedOn w:val="NormalTablo"/>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kListe">
    <w:name w:val="Light List"/>
    <w:basedOn w:val="NormalTablo"/>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AkListe-Vurgu1">
    <w:name w:val="Light List Accent 1"/>
    <w:basedOn w:val="NormalTablo"/>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AkListe-Vurgu2">
    <w:name w:val="Light List Accent 2"/>
    <w:basedOn w:val="NormalTablo"/>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AkListe-Vurgu3">
    <w:name w:val="Light List Accent 3"/>
    <w:basedOn w:val="NormalTablo"/>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AkListe-Vurgu4">
    <w:name w:val="Light List Accent 4"/>
    <w:basedOn w:val="NormalTablo"/>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AkListe-Vurgu5">
    <w:name w:val="Light List Accent 5"/>
    <w:basedOn w:val="NormalTablo"/>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AkListe-Vurgu6">
    <w:name w:val="Light List Accent 6"/>
    <w:basedOn w:val="NormalTablo"/>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kKlavuz">
    <w:name w:val="Light Grid"/>
    <w:basedOn w:val="NormalTablo"/>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AkKlavuz-Vurgu1">
    <w:name w:val="Light Grid Accent 1"/>
    <w:basedOn w:val="NormalTablo"/>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AkKlavuz-Vurgu2">
    <w:name w:val="Light Grid Accent 2"/>
    <w:basedOn w:val="NormalTablo"/>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AkKlavuz-Vurgu3">
    <w:name w:val="Light Grid Accent 3"/>
    <w:basedOn w:val="NormalTablo"/>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AkKlavuz-Vurgu4">
    <w:name w:val="Light Grid Accent 4"/>
    <w:basedOn w:val="NormalTablo"/>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AkKlavuz-Vurgu5">
    <w:name w:val="Light Grid Accent 5"/>
    <w:basedOn w:val="NormalTablo"/>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AkKlavuz-Vurgu6">
    <w:name w:val="Light Grid Accent 6"/>
    <w:basedOn w:val="NormalTablo"/>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OrtaGlgeleme1">
    <w:name w:val="Medium Shading 1"/>
    <w:basedOn w:val="NormalTablo"/>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OrtaGlgeleme1-Vurgu1">
    <w:name w:val="Medium Shading 1 Accent 1"/>
    <w:basedOn w:val="NormalTablo"/>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OrtaGlgeleme1-Vurgu2">
    <w:name w:val="Medium Shading 1 Accent 2"/>
    <w:basedOn w:val="NormalTablo"/>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OrtaGlgeleme1-Vurgu3">
    <w:name w:val="Medium Shading 1 Accent 3"/>
    <w:basedOn w:val="NormalTablo"/>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OrtaGlgeleme1-Vurgu4">
    <w:name w:val="Medium Shading 1 Accent 4"/>
    <w:basedOn w:val="NormalTablo"/>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OrtaGlgeleme1-Vurgu5">
    <w:name w:val="Medium Shading 1 Accent 5"/>
    <w:basedOn w:val="NormalTablo"/>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OrtaGlgeleme1-Vurgu6">
    <w:name w:val="Medium Shading 1 Accent 6"/>
    <w:basedOn w:val="NormalTablo"/>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OrtaGlgeleme2">
    <w:name w:val="Medium Shading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1">
    <w:name w:val="Medium Shading 2 Accent 1"/>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2">
    <w:name w:val="Medium Shading 2 Accent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3">
    <w:name w:val="Medium Shading 2 Accent 3"/>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4">
    <w:name w:val="Medium Shading 2 Accent 4"/>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5">
    <w:name w:val="Medium Shading 2 Accent 5"/>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6">
    <w:name w:val="Medium Shading 2 Accent 6"/>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Liste1">
    <w:name w:val="Medium List 1"/>
    <w:basedOn w:val="NormalTablo"/>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OrtaListe1-Vurgu1">
    <w:name w:val="Medium List 1 Accent 1"/>
    <w:basedOn w:val="NormalTablo"/>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OrtaListe1-Vurgu2">
    <w:name w:val="Medium List 1 Accent 2"/>
    <w:basedOn w:val="NormalTablo"/>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OrtaListe1-Vurgu3">
    <w:name w:val="Medium List 1 Accent 3"/>
    <w:basedOn w:val="NormalTablo"/>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OrtaListe1-Vurgu4">
    <w:name w:val="Medium List 1 Accent 4"/>
    <w:basedOn w:val="NormalTablo"/>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OrtaListe1-Vurgu5">
    <w:name w:val="Medium List 1 Accent 5"/>
    <w:basedOn w:val="NormalTablo"/>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OrtaListe1-Vurgu6">
    <w:name w:val="Medium List 1 Accent 6"/>
    <w:basedOn w:val="NormalTablo"/>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OrtaListe2">
    <w:name w:val="Medium Lis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2-Vurgu1">
    <w:name w:val="Medium List 2 Accent 1"/>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2">
    <w:name w:val="Medium List 2 Accen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3">
    <w:name w:val="Medium List 2 Accent 3"/>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4">
    <w:name w:val="Medium List 2 Accent 4"/>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5">
    <w:name w:val="Medium List 2 Accent 5"/>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6">
    <w:name w:val="Medium List 2 Accent 6"/>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OrtaKlavuz1">
    <w:name w:val="Medium Grid 1"/>
    <w:basedOn w:val="NormalTablo"/>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rtaKlavuz1-Vurgu1">
    <w:name w:val="Medium Grid 1 Accent 1"/>
    <w:basedOn w:val="NormalTablo"/>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OrtaKlavuz1-Vurgu2">
    <w:name w:val="Medium Grid 1 Accent 2"/>
    <w:basedOn w:val="NormalTablo"/>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OrtaKlavuz1-Vurgu3">
    <w:name w:val="Medium Grid 1 Accent 3"/>
    <w:basedOn w:val="NormalTablo"/>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OrtaKlavuz1-Vurgu4">
    <w:name w:val="Medium Grid 1 Accent 4"/>
    <w:basedOn w:val="NormalTablo"/>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OrtaKlavuz1-Vurgu5">
    <w:name w:val="Medium Grid 1 Accent 5"/>
    <w:basedOn w:val="NormalTablo"/>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OrtaKlavuz1-Vurgu6">
    <w:name w:val="Medium Grid 1 Accent 6"/>
    <w:basedOn w:val="NormalTablo"/>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OrtaKlavuz2">
    <w:name w:val="Medium Grid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OrtaKlavuz2-Vurgu1">
    <w:name w:val="Medium Grid 2 Accent 1"/>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OrtaKlavuz2-Vurgu2">
    <w:name w:val="Medium Grid 2 Accent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OrtaKlavuz2-Vurgu3">
    <w:name w:val="Medium Grid 2 Accent 3"/>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OrtaKlavuz2-Vurgu4">
    <w:name w:val="Medium Grid 2 Accent 4"/>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OrtaKlavuz2-Vurgu5">
    <w:name w:val="Medium Grid 2 Accent 5"/>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OrtaKlavuz2-Vurgu6">
    <w:name w:val="Medium Grid 2 Accent 6"/>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OrtaKlavuz3">
    <w:name w:val="Medium Grid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OrtaKlavuz3-Vurgu1">
    <w:name w:val="Medium Grid 3 Accent 1"/>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OrtaKlavuz3-Vurgu2">
    <w:name w:val="Medium Grid 3 Accent 2"/>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OrtaKlavuz3-Vurgu3">
    <w:name w:val="Medium Grid 3 Accent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OrtaKlavuz3-Vurgu4">
    <w:name w:val="Medium Grid 3 Accent 4"/>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OrtaKlavuz3-Vurgu5">
    <w:name w:val="Medium Grid 3 Accent 5"/>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OrtaKlavuz3-Vurgu6">
    <w:name w:val="Medium Grid 3 Accent 6"/>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KoyuListe">
    <w:name w:val="Dark List"/>
    <w:basedOn w:val="NormalTablo"/>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KoyuListe-Vurgu1">
    <w:name w:val="Dark List Accent 1"/>
    <w:basedOn w:val="NormalTablo"/>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KoyuListe-Vurgu2">
    <w:name w:val="Dark List Accent 2"/>
    <w:basedOn w:val="NormalTablo"/>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KoyuListe-Vurgu3">
    <w:name w:val="Dark List Accent 3"/>
    <w:basedOn w:val="NormalTablo"/>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KoyuListe-Vurgu4">
    <w:name w:val="Dark List Accent 4"/>
    <w:basedOn w:val="NormalTablo"/>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KoyuListe-Vurgu5">
    <w:name w:val="Dark List Accent 5"/>
    <w:basedOn w:val="NormalTablo"/>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KoyuListe-Vurgu6">
    <w:name w:val="Dark List Accent 6"/>
    <w:basedOn w:val="NormalTablo"/>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RenkliGlgeleme">
    <w:name w:val="Colorful Shading"/>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RenkliGlgeleme-Vurgu1">
    <w:name w:val="Colorful Shading Accent 1"/>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RenkliGlgeleme-Vurgu2">
    <w:name w:val="Colorful Shading Accent 2"/>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RenkliGlgeleme-Vurgu3">
    <w:name w:val="Colorful Shading Accent 3"/>
    <w:basedOn w:val="NormalTablo"/>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RenkliGlgeleme-Vurgu4">
    <w:name w:val="Colorful Shading Accent 4"/>
    <w:basedOn w:val="NormalTablo"/>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RenkliGlgeleme-Vurgu5">
    <w:name w:val="Colorful Shading Accent 5"/>
    <w:basedOn w:val="NormalTablo"/>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RenkliGlgeleme-Vurgu6">
    <w:name w:val="Colorful Shading Accent 6"/>
    <w:basedOn w:val="NormalTablo"/>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RenkliListe">
    <w:name w:val="Colorful List"/>
    <w:basedOn w:val="NormalTablo"/>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RenkliListe-Vurgu1">
    <w:name w:val="Colorful List Accent 1"/>
    <w:basedOn w:val="NormalTablo"/>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RenkliListe-Vurgu2">
    <w:name w:val="Colorful List Accent 2"/>
    <w:basedOn w:val="NormalTablo"/>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RenkliListe-Vurgu3">
    <w:name w:val="Colorful List Accent 3"/>
    <w:basedOn w:val="NormalTablo"/>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RenkliListe-Vurgu4">
    <w:name w:val="Colorful List Accent 4"/>
    <w:basedOn w:val="NormalTablo"/>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RenkliListe-Vurgu5">
    <w:name w:val="Colorful List Accent 5"/>
    <w:basedOn w:val="NormalTablo"/>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RenkliListe-Vurgu6">
    <w:name w:val="Colorful List Accent 6"/>
    <w:basedOn w:val="NormalTablo"/>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RenkliKlavuz">
    <w:name w:val="Colorful Grid"/>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nkliKlavuz-Vurgu1">
    <w:name w:val="Colorful Grid Accent 1"/>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nkliKlavuz-Vurgu2">
    <w:name w:val="Colorful Grid Accent 2"/>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nkliKlavuz-Vurgu3">
    <w:name w:val="Colorful Grid Accent 3"/>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nkliKlavuz-Vurgu4">
    <w:name w:val="Colorful Grid Accent 4"/>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nkliKlavuz-Vurgu5">
    <w:name w:val="Colorful Grid Accent 5"/>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nkliKlavuz-Vurgu6">
    <w:name w:val="Colorful Grid Accent 6"/>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C9736F-F778-4E73-AC7C-02D5DDBFE3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608</Words>
  <Characters>3471</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4071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Murat</cp:lastModifiedBy>
  <cp:revision>4</cp:revision>
  <dcterms:created xsi:type="dcterms:W3CDTF">2013-12-23T23:15:00Z</dcterms:created>
  <dcterms:modified xsi:type="dcterms:W3CDTF">2026-10-25T11:17:00Z</dcterms:modified>
  <cp:category/>
</cp:coreProperties>
</file>