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C9F" w:rsidRPr="00FB03B9" w:rsidRDefault="00B24C9F" w:rsidP="00B24C9F">
      <w:pPr>
        <w:shd w:val="clear" w:color="auto" w:fill="B6DDE8" w:themeFill="accent5" w:themeFillTint="66"/>
        <w:spacing w:line="240" w:lineRule="auto"/>
        <w:jc w:val="center"/>
        <w:rPr>
          <w:b/>
          <w:color w:val="0B4EA2"/>
          <w:sz w:val="28"/>
          <w:szCs w:val="28"/>
        </w:rPr>
      </w:pPr>
      <w:r w:rsidRPr="00FB03B9">
        <w:rPr>
          <w:b/>
          <w:color w:val="0B4EA2"/>
          <w:sz w:val="28"/>
          <w:szCs w:val="28"/>
        </w:rPr>
        <w:t>GRADE 5 | THEME 1: SCHOOL LIFE</w:t>
      </w:r>
    </w:p>
    <w:p w:rsidR="0014097E" w:rsidRDefault="00B24C9F" w:rsidP="00B24C9F">
      <w:pPr>
        <w:shd w:val="clear" w:color="auto" w:fill="B6DDE8" w:themeFill="accent5" w:themeFillTint="66"/>
        <w:spacing w:line="240" w:lineRule="auto"/>
        <w:jc w:val="center"/>
        <w:rPr>
          <w:sz w:val="18"/>
        </w:rPr>
      </w:pPr>
      <w:r w:rsidRPr="00B24C9F">
        <w:rPr>
          <w:b/>
          <w:color w:val="464646"/>
        </w:rPr>
        <w:t>MAARİF MODELİ UYUMLU AÇIK UÇLU YAZILI</w:t>
      </w:r>
    </w:p>
    <w:p w:rsidR="00B24C9F" w:rsidRDefault="00B24C9F" w:rsidP="0014097E"/>
    <w:p w:rsidR="00090520" w:rsidRPr="00FB03B9" w:rsidRDefault="005432FE" w:rsidP="0014097E">
      <w:pPr>
        <w:rPr>
          <w:sz w:val="22"/>
        </w:rPr>
      </w:pPr>
      <w:r w:rsidRPr="00FB03B9">
        <w:t>Name-Surname: __________________________   Class: ______   Number: ______   Score: ____ / 100</w:t>
      </w:r>
    </w:p>
    <w:p w:rsidR="0014097E" w:rsidRDefault="0014097E" w:rsidP="0014097E">
      <w:pPr>
        <w:rPr>
          <w:sz w:val="18"/>
        </w:rPr>
      </w:pPr>
    </w:p>
    <w:p w:rsidR="00090520" w:rsidRDefault="005432FE" w:rsidP="0014097E">
      <w:r>
        <w:rPr>
          <w:b/>
          <w:color w:val="0B4EA2"/>
        </w:rPr>
        <w:t>A. VOCABULARY TEST (15 points)</w:t>
      </w:r>
    </w:p>
    <w:p w:rsidR="00090520" w:rsidRDefault="005432FE" w:rsidP="0014097E">
      <w:r>
        <w:t>1. Write the English word for: kütüphane. ___________</w:t>
      </w:r>
      <w:r w:rsidR="00836E69">
        <w:t>_________</w:t>
      </w:r>
      <w:r>
        <w:t>_______ (3 points)</w:t>
      </w:r>
    </w:p>
    <w:p w:rsidR="00090520" w:rsidRDefault="005432FE" w:rsidP="0014097E">
      <w:r>
        <w:t xml:space="preserve">2. Write the English word for: bilim kulübü. </w:t>
      </w:r>
      <w:r w:rsidR="00836E69">
        <w:t xml:space="preserve">___________________________ </w:t>
      </w:r>
      <w:r>
        <w:t>(3 points)</w:t>
      </w:r>
    </w:p>
    <w:p w:rsidR="00090520" w:rsidRDefault="005432FE" w:rsidP="0014097E">
      <w:r>
        <w:t xml:space="preserve">3. Write the English word for: spor sahası. </w:t>
      </w:r>
      <w:r w:rsidR="00836E69">
        <w:t xml:space="preserve">___________________________ </w:t>
      </w:r>
      <w:r>
        <w:t>(3 points)</w:t>
      </w:r>
    </w:p>
    <w:p w:rsidR="00090520" w:rsidRDefault="005432FE" w:rsidP="0014097E">
      <w:r>
        <w:t xml:space="preserve">4. Write the nationality for a person from Türkiye. </w:t>
      </w:r>
      <w:r w:rsidR="00836E69">
        <w:t xml:space="preserve">___________________________ </w:t>
      </w:r>
      <w:r>
        <w:t>(3 points)</w:t>
      </w:r>
    </w:p>
    <w:p w:rsidR="00090520" w:rsidRDefault="005432FE" w:rsidP="0014097E">
      <w:r>
        <w:t xml:space="preserve">5. Write the English word for: okul kurallarına uymak. </w:t>
      </w:r>
      <w:r w:rsidR="00836E69">
        <w:t xml:space="preserve">___________________________ </w:t>
      </w:r>
      <w:r>
        <w:t>(3 points)</w:t>
      </w:r>
    </w:p>
    <w:p w:rsidR="00090520" w:rsidRDefault="005432FE" w:rsidP="0014097E">
      <w:r>
        <w:t xml:space="preserve"> </w:t>
      </w:r>
    </w:p>
    <w:p w:rsidR="00090520" w:rsidRDefault="005432FE" w:rsidP="0014097E">
      <w:r>
        <w:rPr>
          <w:b/>
          <w:color w:val="0B4EA2"/>
        </w:rPr>
        <w:t>B. READ AND COMPLETE (15 points)</w:t>
      </w:r>
    </w:p>
    <w:p w:rsidR="00090520" w:rsidRDefault="005432FE" w:rsidP="0014097E">
      <w:r>
        <w:t>Read the school notice. Complete the sentences with information from the text.</w:t>
      </w:r>
    </w:p>
    <w:p w:rsidR="00FB03B9" w:rsidRDefault="00FB03B9" w:rsidP="0014097E">
      <w:pPr>
        <w:rPr>
          <w:b/>
        </w:rPr>
      </w:pPr>
    </w:p>
    <w:p w:rsidR="00090520" w:rsidRDefault="005432FE" w:rsidP="0014097E">
      <w:r>
        <w:rPr>
          <w:b/>
        </w:rPr>
        <w:t>WELCOME TO GREEN HILL SCHOOL!</w:t>
      </w:r>
    </w:p>
    <w:p w:rsidR="00090520" w:rsidRDefault="005432FE" w:rsidP="0014097E">
      <w:r>
        <w:t>Be kind to your classmates and keep the school clean. Don’t shout in the library. The Science Club meets on Tuesdays in the laboratory. The Music Club meets on Thursdays in Room 12. Our Republic Day celebration is on 29 October.</w:t>
      </w:r>
    </w:p>
    <w:p w:rsidR="00FB03B9" w:rsidRDefault="00FB03B9" w:rsidP="0014097E"/>
    <w:p w:rsidR="00090520" w:rsidRDefault="005432FE" w:rsidP="0014097E">
      <w:r>
        <w:t>1. Students must ____________________________________________. (3 points)</w:t>
      </w:r>
    </w:p>
    <w:p w:rsidR="00090520" w:rsidRDefault="005432FE" w:rsidP="0014097E">
      <w:r>
        <w:t>2. Students mustn’t _________________________________________. (3 points)</w:t>
      </w:r>
    </w:p>
    <w:p w:rsidR="00090520" w:rsidRDefault="005432FE" w:rsidP="0014097E">
      <w:r>
        <w:t>3. The Science Club meets on __________ in the ______________. (3 points)</w:t>
      </w:r>
    </w:p>
    <w:p w:rsidR="00090520" w:rsidRDefault="005432FE" w:rsidP="0014097E">
      <w:r>
        <w:t>4. The Music Club meets in __________________________________. (3 points)</w:t>
      </w:r>
    </w:p>
    <w:p w:rsidR="00090520" w:rsidRDefault="005432FE" w:rsidP="0014097E">
      <w:r>
        <w:t>5. The school celebrates Republic Day on ____________________. (3 points)</w:t>
      </w:r>
    </w:p>
    <w:p w:rsidR="00090520" w:rsidRDefault="005432FE" w:rsidP="0014097E">
      <w:r>
        <w:t xml:space="preserve"> </w:t>
      </w:r>
    </w:p>
    <w:p w:rsidR="00090520" w:rsidRDefault="005432FE" w:rsidP="0014097E">
      <w:r>
        <w:rPr>
          <w:b/>
          <w:color w:val="0B4EA2"/>
        </w:rPr>
        <w:t>C. READ THE MESSAGE AND ANSWER (15 points)</w:t>
      </w:r>
    </w:p>
    <w:p w:rsidR="00090520" w:rsidRDefault="005432FE" w:rsidP="0014097E">
      <w:r>
        <w:t>Hi! I’m Alex. I’m from Spain, but I study at Green Hill School in Türkiye. I love solving puzzles, so I’m in the Chess Club. We meet on Mondays in Room 8. My friend Lina is from Italy. She loves singing and joins the Music Club. She goes to Room 12 on Thursdays.</w:t>
      </w:r>
    </w:p>
    <w:p w:rsidR="00FB03B9" w:rsidRDefault="00FB03B9" w:rsidP="0014097E"/>
    <w:p w:rsidR="00090520" w:rsidRDefault="005432FE" w:rsidP="0014097E">
      <w:r>
        <w:t>1. Where is Alex from? ______________________________________ (3 points)</w:t>
      </w:r>
    </w:p>
    <w:p w:rsidR="00090520" w:rsidRDefault="005432FE" w:rsidP="0014097E">
      <w:r>
        <w:t>2. Which club does Alex join? ________________________________ (3 points)</w:t>
      </w:r>
    </w:p>
    <w:p w:rsidR="00090520" w:rsidRDefault="005432FE" w:rsidP="0014097E">
      <w:r>
        <w:t>3. When and where does the Chess Club meet? _________________ (3 points)</w:t>
      </w:r>
    </w:p>
    <w:p w:rsidR="00090520" w:rsidRDefault="005432FE" w:rsidP="0014097E">
      <w:r>
        <w:t>4. What does Lina like doing? _______________________________ (3 points)</w:t>
      </w:r>
    </w:p>
    <w:p w:rsidR="00090520" w:rsidRDefault="005432FE" w:rsidP="0014097E">
      <w:r>
        <w:t>5. Which club does Lina join? _______________________________ (3 points)</w:t>
      </w:r>
    </w:p>
    <w:p w:rsidR="00090520" w:rsidRDefault="005432FE" w:rsidP="0014097E">
      <w:r>
        <w:t xml:space="preserve"> </w:t>
      </w:r>
    </w:p>
    <w:p w:rsidR="00836E69" w:rsidRDefault="00836E69" w:rsidP="0014097E">
      <w:pPr>
        <w:rPr>
          <w:b/>
          <w:color w:val="0B4EA2"/>
        </w:rPr>
      </w:pPr>
    </w:p>
    <w:p w:rsidR="00836E69" w:rsidRDefault="00836E69" w:rsidP="0014097E">
      <w:pPr>
        <w:rPr>
          <w:b/>
          <w:color w:val="0B4EA2"/>
        </w:rPr>
      </w:pPr>
    </w:p>
    <w:p w:rsidR="00B24C9F" w:rsidRDefault="00B24C9F" w:rsidP="0014097E">
      <w:pPr>
        <w:rPr>
          <w:b/>
          <w:color w:val="0B4EA2"/>
        </w:rPr>
      </w:pPr>
    </w:p>
    <w:p w:rsidR="00B24C9F" w:rsidRDefault="00B24C9F" w:rsidP="0014097E">
      <w:pPr>
        <w:rPr>
          <w:b/>
          <w:color w:val="0B4EA2"/>
        </w:rPr>
      </w:pPr>
    </w:p>
    <w:p w:rsidR="00836E69" w:rsidRDefault="00836E69" w:rsidP="0014097E">
      <w:pPr>
        <w:rPr>
          <w:b/>
          <w:color w:val="0B4EA2"/>
        </w:rPr>
      </w:pPr>
    </w:p>
    <w:p w:rsidR="00090520" w:rsidRDefault="005432FE" w:rsidP="0014097E">
      <w:r>
        <w:rPr>
          <w:b/>
          <w:color w:val="0B4EA2"/>
        </w:rPr>
        <w:lastRenderedPageBreak/>
        <w:t>D. USE THE TIMETABLE (15 points)</w:t>
      </w:r>
    </w:p>
    <w:tbl>
      <w:tblPr>
        <w:tblStyle w:val="TabloKlavuzu"/>
        <w:tblW w:w="0" w:type="auto"/>
        <w:jc w:val="center"/>
        <w:tblLook w:val="04A0" w:firstRow="1" w:lastRow="0" w:firstColumn="1" w:lastColumn="0" w:noHBand="0" w:noVBand="1"/>
      </w:tblPr>
      <w:tblGrid>
        <w:gridCol w:w="3589"/>
        <w:gridCol w:w="3577"/>
        <w:gridCol w:w="3588"/>
      </w:tblGrid>
      <w:tr w:rsidR="00090520">
        <w:trPr>
          <w:jc w:val="center"/>
        </w:trPr>
        <w:tc>
          <w:tcPr>
            <w:tcW w:w="3705" w:type="dxa"/>
          </w:tcPr>
          <w:p w:rsidR="00090520" w:rsidRDefault="005432FE" w:rsidP="0014097E">
            <w:r>
              <w:rPr>
                <w:b/>
                <w:sz w:val="18"/>
              </w:rPr>
              <w:t>Day</w:t>
            </w:r>
          </w:p>
        </w:tc>
        <w:tc>
          <w:tcPr>
            <w:tcW w:w="3705" w:type="dxa"/>
          </w:tcPr>
          <w:p w:rsidR="00090520" w:rsidRDefault="005432FE" w:rsidP="0014097E">
            <w:r>
              <w:rPr>
                <w:b/>
                <w:sz w:val="18"/>
              </w:rPr>
              <w:t>School club</w:t>
            </w:r>
          </w:p>
        </w:tc>
        <w:tc>
          <w:tcPr>
            <w:tcW w:w="3705" w:type="dxa"/>
          </w:tcPr>
          <w:p w:rsidR="00090520" w:rsidRDefault="005432FE" w:rsidP="0014097E">
            <w:r>
              <w:rPr>
                <w:b/>
                <w:sz w:val="18"/>
              </w:rPr>
              <w:t>Place</w:t>
            </w:r>
          </w:p>
        </w:tc>
      </w:tr>
      <w:tr w:rsidR="00090520">
        <w:trPr>
          <w:jc w:val="center"/>
        </w:trPr>
        <w:tc>
          <w:tcPr>
            <w:tcW w:w="3705" w:type="dxa"/>
          </w:tcPr>
          <w:p w:rsidR="00090520" w:rsidRDefault="005432FE" w:rsidP="0014097E">
            <w:r>
              <w:rPr>
                <w:sz w:val="18"/>
              </w:rPr>
              <w:t>Monday</w:t>
            </w:r>
          </w:p>
        </w:tc>
        <w:tc>
          <w:tcPr>
            <w:tcW w:w="3705" w:type="dxa"/>
          </w:tcPr>
          <w:p w:rsidR="00090520" w:rsidRDefault="005432FE" w:rsidP="0014097E">
            <w:r>
              <w:rPr>
                <w:sz w:val="18"/>
              </w:rPr>
              <w:t>Chess Club</w:t>
            </w:r>
          </w:p>
        </w:tc>
        <w:tc>
          <w:tcPr>
            <w:tcW w:w="3705" w:type="dxa"/>
          </w:tcPr>
          <w:p w:rsidR="00090520" w:rsidRDefault="005432FE" w:rsidP="0014097E">
            <w:r>
              <w:rPr>
                <w:sz w:val="18"/>
              </w:rPr>
              <w:t>Room 8</w:t>
            </w:r>
          </w:p>
        </w:tc>
      </w:tr>
      <w:tr w:rsidR="00090520">
        <w:trPr>
          <w:jc w:val="center"/>
        </w:trPr>
        <w:tc>
          <w:tcPr>
            <w:tcW w:w="3705" w:type="dxa"/>
          </w:tcPr>
          <w:p w:rsidR="00090520" w:rsidRDefault="005432FE" w:rsidP="0014097E">
            <w:r>
              <w:rPr>
                <w:sz w:val="18"/>
              </w:rPr>
              <w:t>Tuesday</w:t>
            </w:r>
          </w:p>
        </w:tc>
        <w:tc>
          <w:tcPr>
            <w:tcW w:w="3705" w:type="dxa"/>
          </w:tcPr>
          <w:p w:rsidR="00090520" w:rsidRDefault="005432FE" w:rsidP="0014097E">
            <w:r>
              <w:rPr>
                <w:sz w:val="18"/>
              </w:rPr>
              <w:t>Science Club</w:t>
            </w:r>
          </w:p>
        </w:tc>
        <w:tc>
          <w:tcPr>
            <w:tcW w:w="3705" w:type="dxa"/>
          </w:tcPr>
          <w:p w:rsidR="00090520" w:rsidRDefault="005432FE" w:rsidP="0014097E">
            <w:r>
              <w:rPr>
                <w:sz w:val="18"/>
              </w:rPr>
              <w:t>Laboratory</w:t>
            </w:r>
          </w:p>
        </w:tc>
      </w:tr>
      <w:tr w:rsidR="00090520">
        <w:trPr>
          <w:jc w:val="center"/>
        </w:trPr>
        <w:tc>
          <w:tcPr>
            <w:tcW w:w="3705" w:type="dxa"/>
          </w:tcPr>
          <w:p w:rsidR="00090520" w:rsidRDefault="005432FE" w:rsidP="0014097E">
            <w:r>
              <w:rPr>
                <w:sz w:val="18"/>
              </w:rPr>
              <w:t>Wednesday</w:t>
            </w:r>
          </w:p>
        </w:tc>
        <w:tc>
          <w:tcPr>
            <w:tcW w:w="3705" w:type="dxa"/>
          </w:tcPr>
          <w:p w:rsidR="00090520" w:rsidRDefault="005432FE" w:rsidP="0014097E">
            <w:r>
              <w:rPr>
                <w:sz w:val="18"/>
              </w:rPr>
              <w:t>Drama Club</w:t>
            </w:r>
          </w:p>
        </w:tc>
        <w:tc>
          <w:tcPr>
            <w:tcW w:w="3705" w:type="dxa"/>
          </w:tcPr>
          <w:p w:rsidR="00090520" w:rsidRDefault="005432FE" w:rsidP="0014097E">
            <w:r>
              <w:rPr>
                <w:sz w:val="18"/>
              </w:rPr>
              <w:t>Conference Hall</w:t>
            </w:r>
          </w:p>
        </w:tc>
      </w:tr>
      <w:tr w:rsidR="00090520">
        <w:trPr>
          <w:jc w:val="center"/>
        </w:trPr>
        <w:tc>
          <w:tcPr>
            <w:tcW w:w="3705" w:type="dxa"/>
          </w:tcPr>
          <w:p w:rsidR="00090520" w:rsidRDefault="005432FE" w:rsidP="0014097E">
            <w:r>
              <w:rPr>
                <w:sz w:val="18"/>
              </w:rPr>
              <w:t>Thursday</w:t>
            </w:r>
          </w:p>
        </w:tc>
        <w:tc>
          <w:tcPr>
            <w:tcW w:w="3705" w:type="dxa"/>
          </w:tcPr>
          <w:p w:rsidR="00090520" w:rsidRDefault="005432FE" w:rsidP="0014097E">
            <w:r>
              <w:rPr>
                <w:sz w:val="18"/>
              </w:rPr>
              <w:t>Music Club</w:t>
            </w:r>
          </w:p>
        </w:tc>
        <w:tc>
          <w:tcPr>
            <w:tcW w:w="3705" w:type="dxa"/>
          </w:tcPr>
          <w:p w:rsidR="00090520" w:rsidRDefault="005432FE" w:rsidP="0014097E">
            <w:r>
              <w:rPr>
                <w:sz w:val="18"/>
              </w:rPr>
              <w:t>Room 12</w:t>
            </w:r>
          </w:p>
        </w:tc>
      </w:tr>
    </w:tbl>
    <w:p w:rsidR="00836E69" w:rsidRDefault="00836E69" w:rsidP="0014097E"/>
    <w:p w:rsidR="00090520" w:rsidRDefault="005432FE" w:rsidP="0014097E">
      <w:r>
        <w:t>1. Which club meets in the laboratory? ______________________ (3 points)</w:t>
      </w:r>
    </w:p>
    <w:p w:rsidR="00090520" w:rsidRDefault="005432FE" w:rsidP="0014097E">
      <w:r>
        <w:t>2. Where does the Drama Club meet? _________________________ (3 points)</w:t>
      </w:r>
    </w:p>
    <w:p w:rsidR="00090520" w:rsidRDefault="005432FE" w:rsidP="0014097E">
      <w:r>
        <w:t>3. What club meets on Monday? ______________________________ (3 points)</w:t>
      </w:r>
    </w:p>
    <w:p w:rsidR="00090520" w:rsidRDefault="005432FE" w:rsidP="0014097E">
      <w:r>
        <w:t>4. Write the day of the Music Club meeting. _________________ (3 points)</w:t>
      </w:r>
    </w:p>
    <w:p w:rsidR="00090520" w:rsidRDefault="005432FE" w:rsidP="0014097E">
      <w:r>
        <w:t>5. Write one complete sentence about the Science Club using the timetable. (3 points)</w:t>
      </w:r>
    </w:p>
    <w:p w:rsidR="00090520" w:rsidRDefault="005432FE" w:rsidP="0014097E">
      <w:r>
        <w:t>____________________________________________________________</w:t>
      </w:r>
    </w:p>
    <w:p w:rsidR="00090520" w:rsidRDefault="005432FE" w:rsidP="0014097E">
      <w:r>
        <w:t xml:space="preserve"> </w:t>
      </w:r>
    </w:p>
    <w:p w:rsidR="00090520" w:rsidRDefault="005432FE" w:rsidP="0014097E">
      <w:r>
        <w:rPr>
          <w:b/>
          <w:color w:val="0B4EA2"/>
        </w:rPr>
        <w:t>E. COUNTRIES AND NATIONAL DAYS (15 points)</w:t>
      </w:r>
    </w:p>
    <w:p w:rsidR="00090520" w:rsidRDefault="005432FE" w:rsidP="0014097E">
      <w:r>
        <w:t>1. Complete: “I am from Italy. I am __________________.” (3 points)</w:t>
      </w:r>
    </w:p>
    <w:p w:rsidR="00090520" w:rsidRDefault="005432FE" w:rsidP="0014097E">
      <w:r>
        <w:t>2. Write the date of Republic Day in Türkiye. ________________ (3 points)</w:t>
      </w:r>
    </w:p>
    <w:p w:rsidR="00090520" w:rsidRDefault="005432FE" w:rsidP="0014097E">
      <w:r>
        <w:t>3. Write the name of one national day or celebration in Türkiye. (3 points)</w:t>
      </w:r>
    </w:p>
    <w:p w:rsidR="00090520" w:rsidRDefault="005432FE" w:rsidP="0014097E">
      <w:r>
        <w:t>____________________________________________________________</w:t>
      </w:r>
    </w:p>
    <w:p w:rsidR="00090520" w:rsidRDefault="005432FE" w:rsidP="0014097E">
      <w:r>
        <w:t>4. Write one sentence about a national day or celebration. (3 points)</w:t>
      </w:r>
    </w:p>
    <w:p w:rsidR="00090520" w:rsidRDefault="005432FE" w:rsidP="0014097E">
      <w:r>
        <w:t>____________________________________________________________</w:t>
      </w:r>
    </w:p>
    <w:p w:rsidR="00090520" w:rsidRDefault="005432FE" w:rsidP="0014097E">
      <w:r>
        <w:t>5. Write the nationality for a person from Spain. ____________ (3 points)</w:t>
      </w:r>
    </w:p>
    <w:p w:rsidR="00090520" w:rsidRDefault="005432FE" w:rsidP="0014097E">
      <w:r>
        <w:t xml:space="preserve"> </w:t>
      </w:r>
    </w:p>
    <w:p w:rsidR="00090520" w:rsidRDefault="005432FE" w:rsidP="0014097E">
      <w:r>
        <w:rPr>
          <w:b/>
          <w:color w:val="0B4EA2"/>
        </w:rPr>
        <w:t>F. WRITE ABOUT YOUR SCHOOL (25 points)</w:t>
      </w:r>
    </w:p>
    <w:p w:rsidR="0014097E" w:rsidRDefault="005432FE" w:rsidP="0014097E">
      <w:r>
        <w:t xml:space="preserve">Write 4 sentences about school life. Include a school place, one school rule, a club you like or want to join, and a reason. </w:t>
      </w:r>
    </w:p>
    <w:p w:rsidR="0014097E" w:rsidRDefault="0014097E" w:rsidP="0014097E"/>
    <w:p w:rsidR="00090520" w:rsidRDefault="005432FE" w:rsidP="0014097E">
      <w:r>
        <w:t>1. __________________________________________________________</w:t>
      </w:r>
    </w:p>
    <w:p w:rsidR="00090520" w:rsidRDefault="005432FE" w:rsidP="0014097E">
      <w:r>
        <w:t>2. __________________________________________________________</w:t>
      </w:r>
    </w:p>
    <w:p w:rsidR="00090520" w:rsidRDefault="005432FE" w:rsidP="0014097E">
      <w:r>
        <w:t>3. __________________________________________________________</w:t>
      </w:r>
    </w:p>
    <w:p w:rsidR="00090520" w:rsidRDefault="005432FE" w:rsidP="0014097E">
      <w:r>
        <w:t>4. __________________________________________________________</w:t>
      </w:r>
    </w:p>
    <w:p w:rsidR="0014097E" w:rsidRDefault="0014097E" w:rsidP="0014097E">
      <w:pPr>
        <w:rPr>
          <w:sz w:val="18"/>
        </w:rPr>
      </w:pPr>
    </w:p>
    <w:p w:rsidR="00090520" w:rsidRDefault="005432FE" w:rsidP="0014097E">
      <w:r>
        <w:rPr>
          <w:sz w:val="18"/>
        </w:rPr>
        <w:t>Scoring: required information 10 points; relevant vocabulary 5 points; understandable sentences 5 points; spelling and punctuation 5 points.</w:t>
      </w:r>
    </w:p>
    <w:p w:rsidR="00090520" w:rsidRDefault="00090520" w:rsidP="0014097E">
      <w:pPr>
        <w:sectPr w:rsidR="00090520" w:rsidSect="0014097E">
          <w:headerReference w:type="even" r:id="rId8"/>
          <w:headerReference w:type="default" r:id="rId9"/>
          <w:footerReference w:type="even" r:id="rId10"/>
          <w:footerReference w:type="default" r:id="rId11"/>
          <w:headerReference w:type="first" r:id="rId12"/>
          <w:footerReference w:type="first" r:id="rId13"/>
          <w:pgSz w:w="12240" w:h="15840"/>
          <w:pgMar w:top="851" w:right="851" w:bottom="851" w:left="851" w:header="215" w:footer="261" w:gutter="0"/>
          <w:cols w:space="360"/>
          <w:titlePg/>
          <w:docGrid w:linePitch="360"/>
        </w:sectPr>
      </w:pPr>
    </w:p>
    <w:p w:rsidR="00090520" w:rsidRDefault="005432FE" w:rsidP="0014097E">
      <w:pPr>
        <w:spacing w:after="120"/>
      </w:pPr>
      <w:r>
        <w:rPr>
          <w:b/>
          <w:color w:val="0B4EA2"/>
          <w:sz w:val="26"/>
        </w:rPr>
        <w:lastRenderedPageBreak/>
        <w:t>ANSWER KEY – TEACHER COPY</w:t>
      </w:r>
    </w:p>
    <w:p w:rsidR="00090520" w:rsidRDefault="005432FE" w:rsidP="0014097E">
      <w:r>
        <w:rPr>
          <w:b/>
        </w:rPr>
        <w:t>A. VOCABULARY TEST (15 points)</w:t>
      </w:r>
    </w:p>
    <w:p w:rsidR="00090520" w:rsidRDefault="005432FE" w:rsidP="0014097E">
      <w:r>
        <w:t>1. library  2. Science Club  3. sports field  4. Turkish  5. follow the school rules</w:t>
      </w:r>
    </w:p>
    <w:p w:rsidR="00090520" w:rsidRDefault="005432FE" w:rsidP="0014097E">
      <w:r>
        <w:rPr>
          <w:b/>
        </w:rPr>
        <w:t>B. READ AND COMPLETE (15 points)</w:t>
      </w:r>
    </w:p>
    <w:p w:rsidR="00090520" w:rsidRDefault="005432FE" w:rsidP="0014097E">
      <w:r>
        <w:t>1. be kind to their classmates / keep the school clean (accept either appropriate rule)  2. shout in the library  3. Tuesdays; laboratory  4. Room 12  5. 29 October</w:t>
      </w:r>
    </w:p>
    <w:p w:rsidR="00090520" w:rsidRDefault="005432FE" w:rsidP="0014097E">
      <w:r>
        <w:rPr>
          <w:b/>
        </w:rPr>
        <w:t>C. READ THE MESSAGE AND ANSWER (15 points)</w:t>
      </w:r>
    </w:p>
    <w:p w:rsidR="00090520" w:rsidRDefault="005432FE" w:rsidP="0014097E">
      <w:r>
        <w:t>1. Spain  2. The Chess Club  3. On Mondays in Room 8  4. Singing  5. The Music Club</w:t>
      </w:r>
    </w:p>
    <w:p w:rsidR="00090520" w:rsidRDefault="005432FE" w:rsidP="0014097E">
      <w:r>
        <w:rPr>
          <w:b/>
        </w:rPr>
        <w:t>D. USE THE TIMETABLE (15 points)</w:t>
      </w:r>
    </w:p>
    <w:p w:rsidR="00090520" w:rsidRDefault="005432FE" w:rsidP="0014097E">
      <w:r>
        <w:t>1. The Science Club  2. In the Conference Hall  3. The Chess Club  4. Thursday  5. Example: The Science Club meets on Tuesday in the laboratory.</w:t>
      </w:r>
    </w:p>
    <w:p w:rsidR="00090520" w:rsidRDefault="005432FE" w:rsidP="0014097E">
      <w:r>
        <w:rPr>
          <w:b/>
        </w:rPr>
        <w:t>E. COUNTRIES AND NATIONAL DAYS (15 points)</w:t>
      </w:r>
    </w:p>
    <w:p w:rsidR="00090520" w:rsidRDefault="005432FE" w:rsidP="0014097E">
      <w:r>
        <w:t>1. Italian  2. 29 October  3. Accept Republic Day, Children’s Day, Youth and Sports Day, or another valid national day/celebration  4. Accept any accurate, relevant sentence  5. Spanish</w:t>
      </w:r>
    </w:p>
    <w:p w:rsidR="00090520" w:rsidRDefault="005432FE" w:rsidP="0014097E">
      <w:r>
        <w:rPr>
          <w:b/>
        </w:rPr>
        <w:t>F. WRITE ABOUT YOUR SCHOOL (25 points)</w:t>
      </w:r>
    </w:p>
    <w:p w:rsidR="00090520" w:rsidRDefault="005432FE" w:rsidP="0014097E">
      <w:r>
        <w:t>Accept any relevant four-sentence response that includes a school place, one school rule, a club the student likes or wants to join, and a reason. Rubric: required information 10; relevant vocabulary 5; understandable sentences 5; spelling and punctuation 5.</w:t>
      </w:r>
    </w:p>
    <w:p w:rsidR="00090520" w:rsidRDefault="005432FE" w:rsidP="0014097E">
      <w:pPr>
        <w:spacing w:before="100"/>
      </w:pPr>
      <w:r>
        <w:rPr>
          <w:b/>
          <w:color w:val="0B4EA2"/>
          <w:sz w:val="22"/>
        </w:rPr>
        <w:t>TOTAL: 100 POINTS</w:t>
      </w:r>
    </w:p>
    <w:sectPr w:rsidR="00090520" w:rsidSect="0014097E">
      <w:pgSz w:w="12240" w:h="15840"/>
      <w:pgMar w:top="792" w:right="936" w:bottom="792" w:left="936" w:header="288" w:footer="288"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0EB" w:rsidRDefault="00C830EB">
      <w:pPr>
        <w:spacing w:line="240" w:lineRule="auto"/>
      </w:pPr>
      <w:r>
        <w:separator/>
      </w:r>
    </w:p>
  </w:endnote>
  <w:endnote w:type="continuationSeparator" w:id="0">
    <w:p w:rsidR="00C830EB" w:rsidRDefault="00C830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48" w:rsidRDefault="0070744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520" w:rsidRDefault="005432FE">
    <w:pPr>
      <w:pStyle w:val="AltBilgi"/>
      <w:jc w:val="center"/>
    </w:pPr>
    <w:bookmarkStart w:id="0" w:name="_GoBack"/>
    <w:bookmarkEnd w:id="0"/>
    <w:r>
      <w:rPr>
        <w:color w:val="646464"/>
        <w:sz w:val="16"/>
      </w:rPr>
      <w:t xml:space="preserve">Page </w:t>
    </w:r>
    <w:r>
      <w:fldChar w:fldCharType="begin"/>
    </w:r>
    <w:r>
      <w:instrText>PAGE</w:instrText>
    </w:r>
    <w:r>
      <w:fldChar w:fldCharType="separate"/>
    </w:r>
    <w:r w:rsidR="00707448">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48" w:rsidRDefault="0070744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0EB" w:rsidRDefault="00C830EB">
      <w:pPr>
        <w:spacing w:line="240" w:lineRule="auto"/>
      </w:pPr>
      <w:r>
        <w:separator/>
      </w:r>
    </w:p>
  </w:footnote>
  <w:footnote w:type="continuationSeparator" w:id="0">
    <w:p w:rsidR="00C830EB" w:rsidRDefault="00C830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48" w:rsidRDefault="0070744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48" w:rsidRDefault="00707448">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448" w:rsidRDefault="0070744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90520"/>
    <w:rsid w:val="0014097E"/>
    <w:rsid w:val="0015074B"/>
    <w:rsid w:val="002671BF"/>
    <w:rsid w:val="0029639D"/>
    <w:rsid w:val="00326F90"/>
    <w:rsid w:val="005432FE"/>
    <w:rsid w:val="005C17E5"/>
    <w:rsid w:val="00707448"/>
    <w:rsid w:val="00836E69"/>
    <w:rsid w:val="00AA1D8D"/>
    <w:rsid w:val="00B24C9F"/>
    <w:rsid w:val="00B47730"/>
    <w:rsid w:val="00C6039C"/>
    <w:rsid w:val="00C830EB"/>
    <w:rsid w:val="00CB0664"/>
    <w:rsid w:val="00FB03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AC9B26"/>
  <w14:defaultImageDpi w14:val="300"/>
  <w15:docId w15:val="{EC6A6D44-FD3B-4899-AD35-68E854D50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360" w:lineRule="auto"/>
    </w:pPr>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53DA9-3291-4B0B-A9ED-6231A3B68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739</Words>
  <Characters>4215</Characters>
  <Application>Microsoft Office Word</Application>
  <DocSecurity>0</DocSecurity>
  <Lines>35</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Murat</cp:lastModifiedBy>
  <cp:revision>7</cp:revision>
  <dcterms:created xsi:type="dcterms:W3CDTF">2013-12-23T23:15:00Z</dcterms:created>
  <dcterms:modified xsi:type="dcterms:W3CDTF">2026-10-25T11:08:00Z</dcterms:modified>
  <cp:category/>
</cp:coreProperties>
</file>